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2C563" w14:textId="2081675B" w:rsidR="00381D1C" w:rsidRPr="00732916" w:rsidRDefault="00CB315A">
      <w:pPr>
        <w:pStyle w:val="Heading1"/>
        <w:rPr>
          <w:rFonts w:ascii="Arial" w:hAnsi="Arial" w:cs="Arial"/>
          <w:color w:val="EE0000"/>
        </w:rPr>
      </w:pPr>
      <w:r w:rsidRPr="00732916">
        <w:rPr>
          <w:rFonts w:ascii="Arial" w:hAnsi="Arial" w:cs="Arial"/>
          <w:color w:val="EE0000"/>
        </w:rPr>
        <w:t>Expression of Interest: Inclusive Education Fellowship</w:t>
      </w:r>
      <w:r w:rsidR="00686BD7" w:rsidRPr="00732916">
        <w:rPr>
          <w:rFonts w:ascii="Arial" w:hAnsi="Arial" w:cs="Arial"/>
          <w:color w:val="EE0000"/>
        </w:rPr>
        <w:t xml:space="preserve">, Eden Centre </w:t>
      </w:r>
    </w:p>
    <w:p w14:paraId="37832580" w14:textId="77777777" w:rsidR="00732916" w:rsidRDefault="00732916">
      <w:pPr>
        <w:rPr>
          <w:rFonts w:ascii="Arial" w:hAnsi="Arial" w:cs="Arial"/>
          <w:b/>
          <w:bCs/>
          <w:sz w:val="24"/>
          <w:szCs w:val="24"/>
        </w:rPr>
      </w:pPr>
    </w:p>
    <w:p w14:paraId="5FEB53C2" w14:textId="63726B16" w:rsidR="00381D1C" w:rsidRPr="00732916" w:rsidRDefault="00CB315A">
      <w:pPr>
        <w:rPr>
          <w:rFonts w:ascii="Arial" w:hAnsi="Arial" w:cs="Arial"/>
          <w:b/>
          <w:bCs/>
          <w:sz w:val="24"/>
          <w:szCs w:val="24"/>
        </w:rPr>
      </w:pPr>
      <w:r w:rsidRPr="00732916">
        <w:rPr>
          <w:rFonts w:ascii="Arial" w:hAnsi="Arial" w:cs="Arial"/>
          <w:b/>
          <w:bCs/>
          <w:sz w:val="24"/>
          <w:szCs w:val="24"/>
        </w:rPr>
        <w:t>Thank you for your interest in the Inclusive Education Fellowship. Please complete the form below.</w:t>
      </w:r>
    </w:p>
    <w:p w14:paraId="61F92FC9" w14:textId="77777777" w:rsidR="00381D1C" w:rsidRPr="00732916" w:rsidRDefault="00CB315A">
      <w:pPr>
        <w:rPr>
          <w:rFonts w:ascii="Arial" w:hAnsi="Arial" w:cs="Arial"/>
          <w:sz w:val="24"/>
          <w:szCs w:val="24"/>
        </w:rPr>
      </w:pPr>
      <w:r w:rsidRPr="00732916">
        <w:rPr>
          <w:rFonts w:ascii="Arial" w:hAnsi="Arial" w:cs="Arial"/>
          <w:sz w:val="24"/>
          <w:szCs w:val="24"/>
        </w:rPr>
        <w:t>1. Personal Information</w:t>
      </w:r>
    </w:p>
    <w:p w14:paraId="2FAB2AF5" w14:textId="77777777" w:rsidR="00381D1C" w:rsidRPr="00732916" w:rsidRDefault="00CB315A">
      <w:pPr>
        <w:rPr>
          <w:rFonts w:ascii="Arial" w:hAnsi="Arial" w:cs="Arial"/>
          <w:sz w:val="24"/>
          <w:szCs w:val="24"/>
        </w:rPr>
      </w:pPr>
      <w:r w:rsidRPr="00732916">
        <w:rPr>
          <w:rFonts w:ascii="Arial" w:hAnsi="Arial" w:cs="Arial"/>
          <w:sz w:val="24"/>
          <w:szCs w:val="24"/>
        </w:rPr>
        <w:t>Full Name:</w:t>
      </w:r>
    </w:p>
    <w:p w14:paraId="549BB2EC" w14:textId="77777777" w:rsidR="00381D1C" w:rsidRPr="00732916" w:rsidRDefault="00CB315A">
      <w:pPr>
        <w:rPr>
          <w:rFonts w:ascii="Arial" w:hAnsi="Arial" w:cs="Arial"/>
          <w:sz w:val="24"/>
          <w:szCs w:val="24"/>
        </w:rPr>
      </w:pPr>
      <w:r w:rsidRPr="00732916">
        <w:rPr>
          <w:rFonts w:ascii="Arial" w:hAnsi="Arial" w:cs="Arial"/>
          <w:sz w:val="24"/>
          <w:szCs w:val="24"/>
        </w:rPr>
        <w:t>Email Address:</w:t>
      </w:r>
    </w:p>
    <w:p w14:paraId="5948EA09" w14:textId="0A919E86" w:rsidR="006B3118" w:rsidRPr="00732916" w:rsidRDefault="00CB315A">
      <w:pPr>
        <w:rPr>
          <w:rFonts w:ascii="Arial" w:hAnsi="Arial" w:cs="Arial"/>
          <w:sz w:val="24"/>
          <w:szCs w:val="24"/>
        </w:rPr>
      </w:pPr>
      <w:r w:rsidRPr="00732916">
        <w:rPr>
          <w:rFonts w:ascii="Arial" w:hAnsi="Arial" w:cs="Arial"/>
          <w:sz w:val="24"/>
          <w:szCs w:val="24"/>
        </w:rPr>
        <w:t>Role</w:t>
      </w:r>
      <w:r w:rsidR="00DE4B5D" w:rsidRPr="00732916">
        <w:rPr>
          <w:rFonts w:ascii="Arial" w:hAnsi="Arial" w:cs="Arial"/>
          <w:sz w:val="24"/>
          <w:szCs w:val="24"/>
        </w:rPr>
        <w:t xml:space="preserve"> and </w:t>
      </w:r>
      <w:r w:rsidRPr="00732916">
        <w:rPr>
          <w:rFonts w:ascii="Arial" w:hAnsi="Arial" w:cs="Arial"/>
          <w:sz w:val="24"/>
          <w:szCs w:val="24"/>
        </w:rPr>
        <w:t>Department</w:t>
      </w:r>
      <w:r w:rsidR="006B3118" w:rsidRPr="00732916">
        <w:rPr>
          <w:rFonts w:ascii="Arial" w:hAnsi="Arial" w:cs="Arial"/>
          <w:sz w:val="24"/>
          <w:szCs w:val="24"/>
        </w:rPr>
        <w:t>:</w:t>
      </w:r>
    </w:p>
    <w:p w14:paraId="4C9EB277" w14:textId="77777777" w:rsidR="00DE4B5D" w:rsidRPr="00732916" w:rsidRDefault="00DE4B5D" w:rsidP="004F118A">
      <w:pPr>
        <w:rPr>
          <w:rFonts w:ascii="Arial" w:hAnsi="Arial" w:cs="Arial"/>
          <w:sz w:val="24"/>
          <w:szCs w:val="24"/>
        </w:rPr>
      </w:pPr>
    </w:p>
    <w:p w14:paraId="5216C922" w14:textId="5F42946F" w:rsidR="004F118A" w:rsidRPr="00732916" w:rsidRDefault="00CB315A" w:rsidP="004F118A">
      <w:pPr>
        <w:rPr>
          <w:rFonts w:ascii="Arial" w:hAnsi="Arial" w:cs="Arial"/>
          <w:sz w:val="24"/>
          <w:szCs w:val="24"/>
          <w:lang w:val="en-GB"/>
        </w:rPr>
      </w:pPr>
      <w:r w:rsidRPr="00732916">
        <w:rPr>
          <w:rFonts w:ascii="Arial" w:hAnsi="Arial" w:cs="Arial"/>
          <w:sz w:val="24"/>
          <w:szCs w:val="24"/>
        </w:rPr>
        <w:t>3.</w:t>
      </w:r>
      <w:r w:rsidR="00DE34EC" w:rsidRPr="00732916">
        <w:rPr>
          <w:rFonts w:ascii="Arial" w:hAnsi="Arial" w:cs="Arial"/>
          <w:sz w:val="24"/>
          <w:szCs w:val="24"/>
        </w:rPr>
        <w:t xml:space="preserve"> </w:t>
      </w:r>
      <w:r w:rsidR="000E73E6" w:rsidRPr="000E73E6">
        <w:rPr>
          <w:rFonts w:ascii="Arial" w:hAnsi="Arial" w:cs="Arial"/>
          <w:sz w:val="24"/>
          <w:szCs w:val="24"/>
        </w:rPr>
        <w:t>Please explain why you are interested in inclusive education and pursuing a fellowship in inclusive education. Maximum 300 words</w:t>
      </w:r>
    </w:p>
    <w:p w14:paraId="053AC319" w14:textId="77777777" w:rsidR="00C55298" w:rsidRPr="00732916" w:rsidRDefault="00C55298" w:rsidP="004F118A">
      <w:pPr>
        <w:rPr>
          <w:rFonts w:ascii="Arial" w:hAnsi="Arial" w:cs="Arial"/>
          <w:sz w:val="24"/>
          <w:szCs w:val="24"/>
          <w:lang w:val="en-GB"/>
        </w:rPr>
      </w:pPr>
    </w:p>
    <w:p w14:paraId="5A4D0E31" w14:textId="77777777" w:rsidR="00C55298" w:rsidRPr="00732916" w:rsidRDefault="00C55298" w:rsidP="004F118A">
      <w:pPr>
        <w:rPr>
          <w:rFonts w:ascii="Arial" w:hAnsi="Arial" w:cs="Arial"/>
          <w:sz w:val="24"/>
          <w:szCs w:val="24"/>
          <w:lang w:val="en-GB"/>
        </w:rPr>
      </w:pPr>
    </w:p>
    <w:p w14:paraId="2C3B3464" w14:textId="77777777" w:rsidR="00C55298" w:rsidRPr="004F118A" w:rsidRDefault="00C55298" w:rsidP="004F118A">
      <w:pPr>
        <w:rPr>
          <w:rFonts w:ascii="Arial" w:hAnsi="Arial" w:cs="Arial"/>
          <w:sz w:val="24"/>
          <w:szCs w:val="24"/>
        </w:rPr>
      </w:pPr>
    </w:p>
    <w:p w14:paraId="218D74BE" w14:textId="77777777" w:rsidR="00381D1C" w:rsidRPr="00732916" w:rsidRDefault="00381D1C">
      <w:pPr>
        <w:rPr>
          <w:rFonts w:ascii="Arial" w:hAnsi="Arial" w:cs="Arial"/>
          <w:sz w:val="24"/>
          <w:szCs w:val="24"/>
        </w:rPr>
      </w:pPr>
    </w:p>
    <w:p w14:paraId="665AFF99" w14:textId="77777777" w:rsidR="00732916" w:rsidRPr="00732916" w:rsidRDefault="00732916" w:rsidP="00F84BBE">
      <w:pPr>
        <w:rPr>
          <w:rFonts w:ascii="Arial" w:hAnsi="Arial" w:cs="Arial"/>
          <w:sz w:val="24"/>
          <w:szCs w:val="24"/>
        </w:rPr>
      </w:pPr>
    </w:p>
    <w:p w14:paraId="17B110FD" w14:textId="77777777" w:rsidR="00732916" w:rsidRPr="00732916" w:rsidRDefault="00732916" w:rsidP="00F84BBE">
      <w:pPr>
        <w:rPr>
          <w:rFonts w:ascii="Arial" w:hAnsi="Arial" w:cs="Arial"/>
          <w:sz w:val="24"/>
          <w:szCs w:val="24"/>
        </w:rPr>
      </w:pPr>
    </w:p>
    <w:p w14:paraId="45A49DFA" w14:textId="77777777" w:rsidR="00732916" w:rsidRPr="00732916" w:rsidRDefault="00732916" w:rsidP="00F84BBE">
      <w:pPr>
        <w:rPr>
          <w:rFonts w:ascii="Arial" w:hAnsi="Arial" w:cs="Arial"/>
          <w:sz w:val="24"/>
          <w:szCs w:val="24"/>
        </w:rPr>
      </w:pPr>
    </w:p>
    <w:p w14:paraId="5B7844A0" w14:textId="79CA3AF7" w:rsidR="00F84BBE" w:rsidRPr="00732916" w:rsidRDefault="00CB315A" w:rsidP="00F84BBE">
      <w:pPr>
        <w:rPr>
          <w:rFonts w:ascii="Arial" w:hAnsi="Arial" w:cs="Arial"/>
          <w:sz w:val="24"/>
          <w:szCs w:val="24"/>
          <w:lang w:val="en-GB"/>
        </w:rPr>
      </w:pPr>
      <w:r w:rsidRPr="00732916">
        <w:rPr>
          <w:rFonts w:ascii="Arial" w:hAnsi="Arial" w:cs="Arial"/>
          <w:sz w:val="24"/>
          <w:szCs w:val="24"/>
        </w:rPr>
        <w:t xml:space="preserve">4. </w:t>
      </w:r>
      <w:r w:rsidR="00AA2E28" w:rsidRPr="00AA2E28">
        <w:rPr>
          <w:rFonts w:ascii="Arial" w:hAnsi="Arial" w:cs="Arial"/>
          <w:sz w:val="24"/>
          <w:szCs w:val="24"/>
        </w:rPr>
        <w:t>What area of inclusive education are you planning to focus on (academic mentoring, inclusive pedagogies, curriculum enhancement or inclusive assessment), and what is the purpose and intended impact of the project you would like to pursue during the fellowship? Maximum of 500 words</w:t>
      </w:r>
    </w:p>
    <w:p w14:paraId="4E86BB50" w14:textId="77777777" w:rsidR="00C55298" w:rsidRPr="00732916" w:rsidRDefault="00C55298" w:rsidP="00F84BBE">
      <w:pPr>
        <w:rPr>
          <w:rFonts w:ascii="Arial" w:hAnsi="Arial" w:cs="Arial"/>
          <w:sz w:val="24"/>
          <w:szCs w:val="24"/>
          <w:lang w:val="en-GB"/>
        </w:rPr>
      </w:pPr>
    </w:p>
    <w:p w14:paraId="4B185AD4" w14:textId="77777777" w:rsidR="00C55298" w:rsidRPr="00732916" w:rsidRDefault="00C55298" w:rsidP="00F84BBE">
      <w:pPr>
        <w:rPr>
          <w:rFonts w:ascii="Arial" w:hAnsi="Arial" w:cs="Arial"/>
          <w:sz w:val="24"/>
          <w:szCs w:val="24"/>
          <w:lang w:val="en-GB"/>
        </w:rPr>
      </w:pPr>
    </w:p>
    <w:p w14:paraId="2E3A0C52" w14:textId="77777777" w:rsidR="00C55298" w:rsidRPr="00F84BBE" w:rsidRDefault="00C55298" w:rsidP="00F84BBE">
      <w:pPr>
        <w:rPr>
          <w:rFonts w:ascii="Arial" w:hAnsi="Arial" w:cs="Arial"/>
          <w:sz w:val="24"/>
          <w:szCs w:val="24"/>
        </w:rPr>
      </w:pPr>
    </w:p>
    <w:p w14:paraId="5156268E" w14:textId="77777777" w:rsidR="00381D1C" w:rsidRPr="00732916" w:rsidRDefault="00381D1C">
      <w:pPr>
        <w:rPr>
          <w:rFonts w:ascii="Arial" w:hAnsi="Arial" w:cs="Arial"/>
          <w:sz w:val="24"/>
          <w:szCs w:val="24"/>
        </w:rPr>
      </w:pPr>
    </w:p>
    <w:p w14:paraId="4EA06C9E" w14:textId="77777777" w:rsidR="00732916" w:rsidRPr="00732916" w:rsidRDefault="00732916" w:rsidP="00C55298">
      <w:pPr>
        <w:rPr>
          <w:rFonts w:ascii="Arial" w:hAnsi="Arial" w:cs="Arial"/>
          <w:sz w:val="24"/>
          <w:szCs w:val="24"/>
        </w:rPr>
      </w:pPr>
    </w:p>
    <w:p w14:paraId="41EA5354" w14:textId="787ACC50" w:rsidR="00C55298" w:rsidRDefault="00A5769E" w:rsidP="00C55298">
      <w:pPr>
        <w:rPr>
          <w:rFonts w:ascii="Arial" w:hAnsi="Arial" w:cs="Arial"/>
          <w:sz w:val="24"/>
          <w:szCs w:val="24"/>
          <w:lang w:val="en-GB"/>
        </w:rPr>
      </w:pPr>
      <w:r w:rsidRPr="00732916">
        <w:rPr>
          <w:rFonts w:ascii="Arial" w:hAnsi="Arial" w:cs="Arial"/>
          <w:sz w:val="24"/>
          <w:szCs w:val="24"/>
        </w:rPr>
        <w:t xml:space="preserve">5. </w:t>
      </w:r>
      <w:r w:rsidR="00CB315A" w:rsidRPr="00CB315A">
        <w:rPr>
          <w:rFonts w:ascii="Arial" w:hAnsi="Arial" w:cs="Arial"/>
          <w:sz w:val="24"/>
          <w:szCs w:val="24"/>
        </w:rPr>
        <w:t>How do you anticipate this fellowship will contribute to strengthening inclusive education in your department? Maximum 400 words</w:t>
      </w:r>
    </w:p>
    <w:p w14:paraId="0A17FE57" w14:textId="77777777" w:rsidR="00732916" w:rsidRDefault="00732916" w:rsidP="00C55298">
      <w:pPr>
        <w:rPr>
          <w:rFonts w:ascii="Arial" w:hAnsi="Arial" w:cs="Arial"/>
          <w:sz w:val="24"/>
          <w:szCs w:val="24"/>
          <w:lang w:val="en-GB"/>
        </w:rPr>
      </w:pPr>
    </w:p>
    <w:p w14:paraId="68F6E3C4" w14:textId="77777777" w:rsidR="00732916" w:rsidRDefault="00732916" w:rsidP="00C55298">
      <w:pPr>
        <w:rPr>
          <w:rFonts w:ascii="Arial" w:hAnsi="Arial" w:cs="Arial"/>
          <w:sz w:val="24"/>
          <w:szCs w:val="24"/>
          <w:lang w:val="en-GB"/>
        </w:rPr>
      </w:pPr>
    </w:p>
    <w:p w14:paraId="4F01B15A" w14:textId="77777777" w:rsidR="00732916" w:rsidRDefault="00732916" w:rsidP="00C55298">
      <w:pPr>
        <w:rPr>
          <w:rFonts w:ascii="Arial" w:hAnsi="Arial" w:cs="Arial"/>
          <w:sz w:val="24"/>
          <w:szCs w:val="24"/>
          <w:lang w:val="en-GB"/>
        </w:rPr>
      </w:pPr>
    </w:p>
    <w:p w14:paraId="7ABBCC14" w14:textId="77777777" w:rsidR="00E833E6" w:rsidRDefault="00E833E6" w:rsidP="00C55298">
      <w:pPr>
        <w:rPr>
          <w:rFonts w:ascii="Arial" w:hAnsi="Arial" w:cs="Arial"/>
          <w:sz w:val="24"/>
          <w:szCs w:val="24"/>
          <w:lang w:val="en-GB"/>
        </w:rPr>
      </w:pPr>
    </w:p>
    <w:p w14:paraId="039BC197" w14:textId="77777777" w:rsidR="00E833E6" w:rsidRDefault="00E833E6" w:rsidP="00C55298">
      <w:pPr>
        <w:rPr>
          <w:rFonts w:ascii="Arial" w:hAnsi="Arial" w:cs="Arial"/>
          <w:sz w:val="24"/>
          <w:szCs w:val="24"/>
          <w:lang w:val="en-GB"/>
        </w:rPr>
      </w:pPr>
    </w:p>
    <w:p w14:paraId="32B9D8FA" w14:textId="119105E4" w:rsidR="00732916" w:rsidRDefault="00732916" w:rsidP="00C55298">
      <w:pPr>
        <w:rPr>
          <w:rFonts w:ascii="Arial" w:hAnsi="Arial" w:cs="Arial"/>
          <w:sz w:val="24"/>
          <w:szCs w:val="24"/>
          <w:lang w:val="en-GB"/>
        </w:rPr>
      </w:pPr>
      <w:r>
        <w:rPr>
          <w:rFonts w:ascii="Arial" w:hAnsi="Arial" w:cs="Arial"/>
          <w:sz w:val="24"/>
          <w:szCs w:val="24"/>
          <w:lang w:val="en-GB"/>
        </w:rPr>
        <w:t xml:space="preserve">Please complete and return to Dr Akile Ahmet, Head, Inclusive Education: </w:t>
      </w:r>
      <w:hyperlink r:id="rId8" w:history="1">
        <w:r w:rsidR="00E833E6" w:rsidRPr="008A16B5">
          <w:rPr>
            <w:rStyle w:val="Hyperlink"/>
            <w:rFonts w:ascii="Arial" w:hAnsi="Arial" w:cs="Arial"/>
            <w:sz w:val="24"/>
            <w:szCs w:val="24"/>
            <w:lang w:val="en-GB"/>
          </w:rPr>
          <w:t>a.ahmet@lse.ac.uk</w:t>
        </w:r>
      </w:hyperlink>
    </w:p>
    <w:p w14:paraId="4A0ED008" w14:textId="123B3DA0" w:rsidR="00E833E6" w:rsidRPr="00732916" w:rsidRDefault="00E833E6" w:rsidP="00C55298">
      <w:pPr>
        <w:rPr>
          <w:rFonts w:ascii="Arial" w:hAnsi="Arial" w:cs="Arial"/>
          <w:sz w:val="24"/>
          <w:szCs w:val="24"/>
          <w:lang w:val="en-GB"/>
        </w:rPr>
      </w:pPr>
    </w:p>
    <w:p w14:paraId="29E5CF6B" w14:textId="558B9D20" w:rsidR="00381D1C" w:rsidRPr="00732916" w:rsidRDefault="00381D1C">
      <w:pPr>
        <w:rPr>
          <w:rFonts w:ascii="Arial" w:hAnsi="Arial" w:cs="Arial"/>
          <w:sz w:val="24"/>
          <w:szCs w:val="24"/>
        </w:rPr>
      </w:pPr>
    </w:p>
    <w:p w14:paraId="557376CA" w14:textId="77777777" w:rsidR="00DE34EC" w:rsidRPr="00732916" w:rsidRDefault="00DE34EC">
      <w:pPr>
        <w:rPr>
          <w:rFonts w:ascii="Arial" w:hAnsi="Arial" w:cs="Arial"/>
          <w:sz w:val="24"/>
          <w:szCs w:val="24"/>
        </w:rPr>
      </w:pPr>
    </w:p>
    <w:p w14:paraId="4415F7BA" w14:textId="77777777" w:rsidR="00DE34EC" w:rsidRPr="00732916" w:rsidRDefault="00DE34EC">
      <w:pPr>
        <w:rPr>
          <w:rFonts w:ascii="Arial" w:hAnsi="Arial" w:cs="Arial"/>
          <w:sz w:val="24"/>
          <w:szCs w:val="24"/>
        </w:rPr>
      </w:pPr>
    </w:p>
    <w:p w14:paraId="7861EADF" w14:textId="77777777" w:rsidR="00F84BBE" w:rsidRPr="00732916" w:rsidRDefault="00F84BBE">
      <w:pPr>
        <w:rPr>
          <w:rFonts w:ascii="Arial" w:hAnsi="Arial" w:cs="Arial"/>
          <w:sz w:val="24"/>
          <w:szCs w:val="24"/>
        </w:rPr>
      </w:pPr>
    </w:p>
    <w:p w14:paraId="6E7081B3" w14:textId="4454ADA7" w:rsidR="00381D1C" w:rsidRPr="00732916" w:rsidRDefault="00381D1C">
      <w:pPr>
        <w:rPr>
          <w:rFonts w:ascii="Arial" w:hAnsi="Arial" w:cs="Arial"/>
          <w:sz w:val="24"/>
          <w:szCs w:val="24"/>
        </w:rPr>
      </w:pPr>
    </w:p>
    <w:sectPr w:rsidR="00381D1C" w:rsidRPr="00732916"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292C4" w14:textId="77777777" w:rsidR="006B3118" w:rsidRDefault="006B3118" w:rsidP="006B3118">
      <w:pPr>
        <w:spacing w:after="0" w:line="240" w:lineRule="auto"/>
      </w:pPr>
      <w:r>
        <w:separator/>
      </w:r>
    </w:p>
  </w:endnote>
  <w:endnote w:type="continuationSeparator" w:id="0">
    <w:p w14:paraId="621B3C9E" w14:textId="77777777" w:rsidR="006B3118" w:rsidRDefault="006B3118" w:rsidP="006B3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F7A7C" w14:textId="77777777" w:rsidR="006B3118" w:rsidRDefault="006B3118" w:rsidP="006B3118">
      <w:pPr>
        <w:spacing w:after="0" w:line="240" w:lineRule="auto"/>
      </w:pPr>
      <w:r>
        <w:separator/>
      </w:r>
    </w:p>
  </w:footnote>
  <w:footnote w:type="continuationSeparator" w:id="0">
    <w:p w14:paraId="03D5D72C" w14:textId="77777777" w:rsidR="006B3118" w:rsidRDefault="006B3118" w:rsidP="006B3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DAE63" w14:textId="6514CA91" w:rsidR="006B3118" w:rsidRDefault="006B3118">
    <w:pPr>
      <w:pStyle w:val="Header"/>
    </w:pPr>
    <w:r>
      <w:rPr>
        <w:noProof/>
        <w:sz w:val="24"/>
        <w:szCs w:val="24"/>
      </w:rPr>
      <w:drawing>
        <wp:inline distT="0" distB="0" distL="0" distR="0" wp14:anchorId="51678701" wp14:editId="0BB30091">
          <wp:extent cx="1496745" cy="520607"/>
          <wp:effectExtent l="0" t="0" r="1905" b="635"/>
          <wp:docPr id="182181271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12714"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4571" cy="533764"/>
                  </a:xfrm>
                  <a:prstGeom prst="rect">
                    <a:avLst/>
                  </a:prstGeom>
                </pic:spPr>
              </pic:pic>
            </a:graphicData>
          </a:graphic>
        </wp:inline>
      </w:drawing>
    </w:r>
  </w:p>
  <w:p w14:paraId="3552A111" w14:textId="77777777" w:rsidR="006B3118" w:rsidRDefault="006B3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8169866">
    <w:abstractNumId w:val="8"/>
  </w:num>
  <w:num w:numId="2" w16cid:durableId="453989985">
    <w:abstractNumId w:val="6"/>
  </w:num>
  <w:num w:numId="3" w16cid:durableId="810749034">
    <w:abstractNumId w:val="5"/>
  </w:num>
  <w:num w:numId="4" w16cid:durableId="390229865">
    <w:abstractNumId w:val="4"/>
  </w:num>
  <w:num w:numId="5" w16cid:durableId="162555317">
    <w:abstractNumId w:val="7"/>
  </w:num>
  <w:num w:numId="6" w16cid:durableId="289943266">
    <w:abstractNumId w:val="3"/>
  </w:num>
  <w:num w:numId="7" w16cid:durableId="304243836">
    <w:abstractNumId w:val="2"/>
  </w:num>
  <w:num w:numId="8" w16cid:durableId="1212041290">
    <w:abstractNumId w:val="1"/>
  </w:num>
  <w:num w:numId="9" w16cid:durableId="58332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3E6"/>
    <w:rsid w:val="0015074B"/>
    <w:rsid w:val="0029639D"/>
    <w:rsid w:val="00326F90"/>
    <w:rsid w:val="00381D1C"/>
    <w:rsid w:val="00391D58"/>
    <w:rsid w:val="0039553B"/>
    <w:rsid w:val="004F118A"/>
    <w:rsid w:val="006013E0"/>
    <w:rsid w:val="00686BD7"/>
    <w:rsid w:val="006B3118"/>
    <w:rsid w:val="00732916"/>
    <w:rsid w:val="00991C54"/>
    <w:rsid w:val="00A5769E"/>
    <w:rsid w:val="00AA1D8D"/>
    <w:rsid w:val="00AA2E28"/>
    <w:rsid w:val="00B47730"/>
    <w:rsid w:val="00C55298"/>
    <w:rsid w:val="00CB0664"/>
    <w:rsid w:val="00CB315A"/>
    <w:rsid w:val="00DE34EC"/>
    <w:rsid w:val="00DE4B5D"/>
    <w:rsid w:val="00E833E6"/>
    <w:rsid w:val="00E85F0B"/>
    <w:rsid w:val="00F17277"/>
    <w:rsid w:val="00F84B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60A2DA2-CB83-844A-87E4-6383E3EB6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833E6"/>
    <w:rPr>
      <w:color w:val="0000FF" w:themeColor="hyperlink"/>
      <w:u w:val="single"/>
    </w:rPr>
  </w:style>
  <w:style w:type="character" w:styleId="UnresolvedMention">
    <w:name w:val="Unresolved Mention"/>
    <w:basedOn w:val="DefaultParagraphFont"/>
    <w:uiPriority w:val="99"/>
    <w:semiHidden/>
    <w:unhideWhenUsed/>
    <w:rsid w:val="00E833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hmet@lse.ac.uk"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7CD8C5E554C9746B74162CF47E78A48" ma:contentTypeVersion="18" ma:contentTypeDescription="Create a new document." ma:contentTypeScope="" ma:versionID="f1d20c4612e1e9ea08214a474e3e847f">
  <xsd:schema xmlns:xsd="http://www.w3.org/2001/XMLSchema" xmlns:xs="http://www.w3.org/2001/XMLSchema" xmlns:p="http://schemas.microsoft.com/office/2006/metadata/properties" xmlns:ns2="788c733f-7be1-410d-aa39-6a8d7538e9db" xmlns:ns3="a8410689-43c4-4c97-b035-77dd0f0b4771" targetNamespace="http://schemas.microsoft.com/office/2006/metadata/properties" ma:root="true" ma:fieldsID="a94c9d1ac1def6bfcc8f8226766db31c" ns2:_="" ns3:_="">
    <xsd:import namespace="788c733f-7be1-410d-aa39-6a8d7538e9db"/>
    <xsd:import namespace="a8410689-43c4-4c97-b035-77dd0f0b47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c733f-7be1-410d-aa39-6a8d7538e9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410689-43c4-4c97-b035-77dd0f0b477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6f6016-b104-4156-8625-b96f945fce5c}" ma:internalName="TaxCatchAll" ma:showField="CatchAllData" ma:web="a8410689-43c4-4c97-b035-77dd0f0b47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8410689-43c4-4c97-b035-77dd0f0b4771" xsi:nil="true"/>
    <lcf76f155ced4ddcb4097134ff3c332f xmlns="788c733f-7be1-410d-aa39-6a8d7538e9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EA7F89A-F0D2-48BE-B6C4-88C4B189059E}"/>
</file>

<file path=customXml/itemProps3.xml><?xml version="1.0" encoding="utf-8"?>
<ds:datastoreItem xmlns:ds="http://schemas.openxmlformats.org/officeDocument/2006/customXml" ds:itemID="{E539DF4F-B101-450A-B9E8-EC8B2BEE52AA}"/>
</file>

<file path=customXml/itemProps4.xml><?xml version="1.0" encoding="utf-8"?>
<ds:datastoreItem xmlns:ds="http://schemas.openxmlformats.org/officeDocument/2006/customXml" ds:itemID="{9C42776F-CC4F-4CBC-8086-E85D1A964DD9}"/>
</file>

<file path=docMetadata/LabelInfo.xml><?xml version="1.0" encoding="utf-8"?>
<clbl:labelList xmlns:clbl="http://schemas.microsoft.com/office/2020/mipLabelMetadata">
  <clbl:label id="{5567eafd-e777-42a5-91bb-9440fd43b893}" enabled="0" method="" siteId="{5567eafd-e777-42a5-91bb-9440fd43b893}"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117</Words>
  <Characters>826</Characters>
  <Application>Microsoft Office Word</Application>
  <DocSecurity>0</DocSecurity>
  <Lines>13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Akile Ahmet</cp:lastModifiedBy>
  <cp:revision>9</cp:revision>
  <dcterms:created xsi:type="dcterms:W3CDTF">2026-02-13T10:08:00Z</dcterms:created>
  <dcterms:modified xsi:type="dcterms:W3CDTF">2026-02-13T10:25:00Z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0x010100D7CD8C5E554C9746B74162CF47E78A48</vt:lpwstr>
  </property>
  <property fmtid="{D5CDD505-2E9C-101B-9397-08002B2CF9AE}" pid="4" name="docLang">
    <vt:lpwstr>en</vt:lpwstr>
  </property>
  <property fmtid="{D5CDD505-2E9C-101B-9397-08002B2CF9AE}" pid="5" name="MediaServiceImageTags">
    <vt:lpwstr/>
  </property>
</Properties>
</file>