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B5C90CA" w14:textId="10BCC025" w:rsidR="009F33BB" w:rsidRPr="00190165" w:rsidRDefault="006E09A8">
      <w:pPr>
        <w:pStyle w:val="Heading1"/>
        <w:rPr>
          <w:rFonts w:ascii="Arial" w:hAnsi="Arial" w:cs="Arial"/>
          <w:sz w:val="24"/>
          <w:szCs w:val="24"/>
          <w:lang w:val="en-GB"/>
        </w:rPr>
      </w:pPr>
      <w:r w:rsidRPr="73B5898D">
        <w:rPr>
          <w:rFonts w:ascii="Arial" w:hAnsi="Arial" w:cs="Arial"/>
          <w:sz w:val="24"/>
          <w:szCs w:val="24"/>
        </w:rPr>
        <w:t xml:space="preserve">Who’s in Class? Form – </w:t>
      </w:r>
      <w:hyperlink r:id="rId11">
        <w:r w:rsidR="00E10916" w:rsidRPr="73B5898D">
          <w:rPr>
            <w:rStyle w:val="Hyperlink"/>
          </w:rPr>
          <w:t>Adapted from the “</w:t>
        </w:r>
        <w:r w:rsidR="00E10916" w:rsidRPr="73B5898D">
          <w:rPr>
            <w:rStyle w:val="Hyperlink"/>
            <w:i/>
            <w:iCs/>
            <w:lang w:val="en-GB"/>
          </w:rPr>
          <w:t>What Inclusive Instructors Do: Principles and Practices for</w:t>
        </w:r>
        <w:r w:rsidR="00E10916" w:rsidRPr="73B5898D">
          <w:rPr>
            <w:rStyle w:val="Hyperlink"/>
            <w:lang w:val="en-GB"/>
          </w:rPr>
          <w:t xml:space="preserve"> </w:t>
        </w:r>
        <w:r w:rsidR="00E10916" w:rsidRPr="73B5898D">
          <w:rPr>
            <w:rStyle w:val="Hyperlink"/>
            <w:i/>
            <w:iCs/>
            <w:lang w:val="en-GB"/>
          </w:rPr>
          <w:t>Excellence in College Teaching</w:t>
        </w:r>
        <w:r w:rsidR="00E10916" w:rsidRPr="73B5898D">
          <w:rPr>
            <w:rStyle w:val="Hyperlink"/>
            <w:lang w:val="en-GB"/>
          </w:rPr>
          <w:t>”.</w:t>
        </w:r>
      </w:hyperlink>
    </w:p>
    <w:p w14:paraId="2F765B35" w14:textId="77777777" w:rsidR="00E10916" w:rsidRPr="00190165" w:rsidRDefault="00E10916">
      <w:pPr>
        <w:rPr>
          <w:rFonts w:ascii="Arial" w:hAnsi="Arial" w:cs="Arial"/>
          <w:sz w:val="24"/>
          <w:szCs w:val="24"/>
          <w:lang w:val="en-GB"/>
        </w:rPr>
      </w:pPr>
    </w:p>
    <w:p w14:paraId="692B73A4" w14:textId="5C0DB989" w:rsidR="009F33BB" w:rsidRPr="00190165" w:rsidRDefault="006E09A8">
      <w:pPr>
        <w:rPr>
          <w:rFonts w:ascii="Arial" w:hAnsi="Arial" w:cs="Arial"/>
          <w:sz w:val="24"/>
          <w:szCs w:val="24"/>
        </w:rPr>
      </w:pPr>
      <w:r w:rsidRPr="00190165">
        <w:rPr>
          <w:rFonts w:ascii="Arial" w:hAnsi="Arial" w:cs="Arial"/>
          <w:sz w:val="24"/>
          <w:szCs w:val="24"/>
        </w:rPr>
        <w:t xml:space="preserve">This form gives you the opportunity to share aspects of your identity and background that can help your </w:t>
      </w:r>
      <w:r w:rsidR="00357402" w:rsidRPr="00190165">
        <w:rPr>
          <w:rFonts w:ascii="Arial" w:hAnsi="Arial" w:cs="Arial"/>
          <w:sz w:val="24"/>
          <w:szCs w:val="24"/>
        </w:rPr>
        <w:t xml:space="preserve">teacher </w:t>
      </w:r>
      <w:r w:rsidRPr="00190165">
        <w:rPr>
          <w:rFonts w:ascii="Arial" w:hAnsi="Arial" w:cs="Arial"/>
          <w:sz w:val="24"/>
          <w:szCs w:val="24"/>
        </w:rPr>
        <w:t>better support your learning in this</w:t>
      </w:r>
      <w:r w:rsidR="00357402" w:rsidRPr="00190165">
        <w:rPr>
          <w:rFonts w:ascii="Arial" w:hAnsi="Arial" w:cs="Arial"/>
          <w:sz w:val="24"/>
          <w:szCs w:val="24"/>
        </w:rPr>
        <w:t xml:space="preserve"> course</w:t>
      </w:r>
      <w:r w:rsidRPr="00190165">
        <w:rPr>
          <w:rFonts w:ascii="Arial" w:hAnsi="Arial" w:cs="Arial"/>
          <w:sz w:val="24"/>
          <w:szCs w:val="24"/>
        </w:rPr>
        <w:t>. Completion is voluntary, and responses will be anonymised and presented in aggregate. The aim is to foster an inclusive and equitable learning environment.</w:t>
      </w:r>
    </w:p>
    <w:p w14:paraId="0EC8FFD4" w14:textId="77777777" w:rsidR="00E10916" w:rsidRPr="00190165" w:rsidRDefault="00E10916">
      <w:pPr>
        <w:rPr>
          <w:rFonts w:ascii="Arial" w:hAnsi="Arial" w:cs="Arial"/>
          <w:sz w:val="24"/>
          <w:szCs w:val="24"/>
        </w:rPr>
      </w:pPr>
    </w:p>
    <w:p w14:paraId="430047C0" w14:textId="77777777" w:rsidR="009F33BB" w:rsidRPr="00190165" w:rsidRDefault="006E09A8">
      <w:pPr>
        <w:pStyle w:val="Heading2"/>
        <w:rPr>
          <w:rFonts w:ascii="Arial" w:hAnsi="Arial" w:cs="Arial"/>
          <w:sz w:val="24"/>
          <w:szCs w:val="24"/>
        </w:rPr>
      </w:pPr>
      <w:r w:rsidRPr="00190165">
        <w:rPr>
          <w:rFonts w:ascii="Arial" w:hAnsi="Arial" w:cs="Arial"/>
          <w:sz w:val="24"/>
          <w:szCs w:val="24"/>
        </w:rPr>
        <w:t>Course Information</w:t>
      </w:r>
    </w:p>
    <w:p w14:paraId="76A5D7C1" w14:textId="77777777" w:rsidR="00383C68" w:rsidRPr="00190165" w:rsidRDefault="00383C68" w:rsidP="00383C68">
      <w:pPr>
        <w:rPr>
          <w:sz w:val="24"/>
          <w:szCs w:val="24"/>
        </w:rPr>
      </w:pPr>
    </w:p>
    <w:p w14:paraId="7CCD5D2C" w14:textId="1FC2ECAD" w:rsidR="009F33BB" w:rsidRPr="00190165" w:rsidRDefault="00A24577">
      <w:pPr>
        <w:rPr>
          <w:rFonts w:ascii="Arial" w:hAnsi="Arial" w:cs="Arial"/>
          <w:sz w:val="24"/>
          <w:szCs w:val="24"/>
        </w:rPr>
      </w:pPr>
      <w:r w:rsidRPr="00190165">
        <w:rPr>
          <w:rFonts w:ascii="Arial" w:hAnsi="Arial" w:cs="Arial"/>
          <w:sz w:val="24"/>
          <w:szCs w:val="24"/>
        </w:rPr>
        <w:t>Course name/code: ____________________________________________</w:t>
      </w:r>
    </w:p>
    <w:p w14:paraId="6D7C6BAD" w14:textId="51D313FC" w:rsidR="009F33BB" w:rsidRPr="00190165" w:rsidRDefault="00A24577">
      <w:pPr>
        <w:rPr>
          <w:rFonts w:ascii="Arial" w:hAnsi="Arial" w:cs="Arial"/>
          <w:sz w:val="24"/>
          <w:szCs w:val="24"/>
        </w:rPr>
      </w:pPr>
      <w:r w:rsidRPr="00190165">
        <w:rPr>
          <w:rFonts w:ascii="Arial" w:hAnsi="Arial" w:cs="Arial"/>
          <w:sz w:val="24"/>
          <w:szCs w:val="24"/>
        </w:rPr>
        <w:t>Teacher’s name: _____________________________________</w:t>
      </w:r>
    </w:p>
    <w:p w14:paraId="593BAE14" w14:textId="4BDF8AC5" w:rsidR="009F33BB" w:rsidRPr="00190165" w:rsidRDefault="006E09A8">
      <w:pPr>
        <w:rPr>
          <w:rFonts w:ascii="Arial" w:hAnsi="Arial" w:cs="Arial"/>
          <w:sz w:val="24"/>
          <w:szCs w:val="24"/>
        </w:rPr>
      </w:pPr>
      <w:r w:rsidRPr="00190165">
        <w:rPr>
          <w:rFonts w:ascii="Arial" w:hAnsi="Arial" w:cs="Arial"/>
          <w:sz w:val="24"/>
          <w:szCs w:val="24"/>
        </w:rPr>
        <w:t>Term (e</w:t>
      </w:r>
      <w:r w:rsidR="00A24577" w:rsidRPr="00190165">
        <w:rPr>
          <w:rFonts w:ascii="Arial" w:hAnsi="Arial" w:cs="Arial"/>
          <w:sz w:val="24"/>
          <w:szCs w:val="24"/>
        </w:rPr>
        <w:t>.g. Autumn Term</w:t>
      </w:r>
      <w:r w:rsidRPr="00190165">
        <w:rPr>
          <w:rFonts w:ascii="Arial" w:hAnsi="Arial" w:cs="Arial"/>
          <w:sz w:val="24"/>
          <w:szCs w:val="24"/>
        </w:rPr>
        <w:t>): __________________________</w:t>
      </w:r>
    </w:p>
    <w:p w14:paraId="61921433" w14:textId="77777777" w:rsidR="009F33BB" w:rsidRPr="00190165" w:rsidRDefault="006E09A8">
      <w:pPr>
        <w:pStyle w:val="Heading2"/>
        <w:rPr>
          <w:rFonts w:ascii="Arial" w:hAnsi="Arial" w:cs="Arial"/>
          <w:sz w:val="24"/>
          <w:szCs w:val="24"/>
        </w:rPr>
      </w:pPr>
      <w:r w:rsidRPr="00190165">
        <w:rPr>
          <w:rFonts w:ascii="Arial" w:hAnsi="Arial" w:cs="Arial"/>
          <w:sz w:val="24"/>
          <w:szCs w:val="24"/>
        </w:rPr>
        <w:t>Section I: Student Life</w:t>
      </w:r>
    </w:p>
    <w:p w14:paraId="3C1DC7B0" w14:textId="77777777" w:rsidR="009F33BB" w:rsidRPr="00190165" w:rsidRDefault="006E09A8">
      <w:pPr>
        <w:rPr>
          <w:rFonts w:ascii="Arial" w:hAnsi="Arial" w:cs="Arial"/>
          <w:sz w:val="24"/>
          <w:szCs w:val="24"/>
        </w:rPr>
      </w:pPr>
      <w:r w:rsidRPr="00190165">
        <w:rPr>
          <w:rFonts w:ascii="Arial" w:hAnsi="Arial" w:cs="Arial"/>
          <w:sz w:val="24"/>
          <w:szCs w:val="24"/>
        </w:rPr>
        <w:t>Please select all that apply:</w:t>
      </w:r>
    </w:p>
    <w:p w14:paraId="5D8278A3" w14:textId="47BE9E5C" w:rsidR="009F33BB" w:rsidRPr="00190165" w:rsidRDefault="006E09A8">
      <w:pPr>
        <w:rPr>
          <w:rFonts w:ascii="Arial" w:hAnsi="Arial" w:cs="Arial"/>
          <w:sz w:val="24"/>
          <w:szCs w:val="24"/>
        </w:rPr>
      </w:pPr>
      <w:r w:rsidRPr="00190165">
        <w:rPr>
          <w:rFonts w:ascii="Segoe UI Symbol" w:hAnsi="Segoe UI Symbol" w:cs="Segoe UI Symbol"/>
          <w:sz w:val="24"/>
          <w:szCs w:val="24"/>
        </w:rPr>
        <w:t>☐</w:t>
      </w:r>
      <w:r w:rsidRPr="00190165">
        <w:rPr>
          <w:rFonts w:ascii="Arial" w:hAnsi="Arial" w:cs="Arial"/>
          <w:sz w:val="24"/>
          <w:szCs w:val="24"/>
        </w:rPr>
        <w:t xml:space="preserve"> I work part-time</w:t>
      </w:r>
      <w:r w:rsidR="00A24577" w:rsidRPr="00190165">
        <w:rPr>
          <w:rFonts w:ascii="Arial" w:hAnsi="Arial" w:cs="Arial"/>
          <w:sz w:val="24"/>
          <w:szCs w:val="24"/>
        </w:rPr>
        <w:t>.</w:t>
      </w:r>
      <w:r w:rsidRPr="00190165">
        <w:rPr>
          <w:rFonts w:ascii="Arial" w:hAnsi="Arial" w:cs="Arial"/>
          <w:sz w:val="24"/>
          <w:szCs w:val="24"/>
        </w:rPr>
        <w:t xml:space="preserve"> Number of hours per week: ______</w:t>
      </w:r>
    </w:p>
    <w:p w14:paraId="715AECEA" w14:textId="25327686" w:rsidR="009F33BB" w:rsidRPr="00190165" w:rsidRDefault="006E09A8">
      <w:pPr>
        <w:rPr>
          <w:rFonts w:ascii="Arial" w:hAnsi="Arial" w:cs="Arial"/>
          <w:sz w:val="24"/>
          <w:szCs w:val="24"/>
        </w:rPr>
      </w:pPr>
      <w:r w:rsidRPr="00190165">
        <w:rPr>
          <w:rFonts w:ascii="Segoe UI Symbol" w:hAnsi="Segoe UI Symbol" w:cs="Segoe UI Symbol"/>
          <w:sz w:val="24"/>
          <w:szCs w:val="24"/>
        </w:rPr>
        <w:t>☐</w:t>
      </w:r>
      <w:r w:rsidRPr="00190165">
        <w:rPr>
          <w:rFonts w:ascii="Arial" w:hAnsi="Arial" w:cs="Arial"/>
          <w:sz w:val="24"/>
          <w:szCs w:val="24"/>
        </w:rPr>
        <w:t xml:space="preserve"> I participate in university sports teams </w:t>
      </w:r>
      <w:r w:rsidR="00A24577" w:rsidRPr="00190165">
        <w:rPr>
          <w:rFonts w:ascii="Arial" w:hAnsi="Arial" w:cs="Arial"/>
          <w:sz w:val="24"/>
          <w:szCs w:val="24"/>
        </w:rPr>
        <w:t>or</w:t>
      </w:r>
      <w:r w:rsidRPr="00190165">
        <w:rPr>
          <w:rFonts w:ascii="Arial" w:hAnsi="Arial" w:cs="Arial"/>
          <w:sz w:val="24"/>
          <w:szCs w:val="24"/>
        </w:rPr>
        <w:t xml:space="preserve"> competitions.</w:t>
      </w:r>
    </w:p>
    <w:p w14:paraId="6E907442" w14:textId="6644812F" w:rsidR="00E10916" w:rsidRPr="00190165" w:rsidRDefault="00E10916" w:rsidP="00E10916">
      <w:pPr>
        <w:rPr>
          <w:rFonts w:ascii="Arial" w:hAnsi="Arial" w:cs="Arial"/>
          <w:sz w:val="24"/>
          <w:szCs w:val="24"/>
        </w:rPr>
      </w:pPr>
      <w:r w:rsidRPr="00190165">
        <w:rPr>
          <w:rFonts w:ascii="Segoe UI Symbol" w:hAnsi="Segoe UI Symbol" w:cs="Segoe UI Symbol"/>
          <w:sz w:val="24"/>
          <w:szCs w:val="24"/>
        </w:rPr>
        <w:t>☐</w:t>
      </w:r>
      <w:r w:rsidRPr="00190165">
        <w:rPr>
          <w:rFonts w:ascii="Arial" w:hAnsi="Arial" w:cs="Arial"/>
          <w:sz w:val="24"/>
          <w:szCs w:val="24"/>
        </w:rPr>
        <w:t xml:space="preserve"> I participate in Clubs and Societies.</w:t>
      </w:r>
    </w:p>
    <w:p w14:paraId="483FB5D5" w14:textId="77777777" w:rsidR="009F33BB" w:rsidRPr="00190165" w:rsidRDefault="006E09A8">
      <w:pPr>
        <w:rPr>
          <w:rFonts w:ascii="Arial" w:hAnsi="Arial" w:cs="Arial"/>
          <w:sz w:val="24"/>
          <w:szCs w:val="24"/>
        </w:rPr>
      </w:pPr>
      <w:r w:rsidRPr="00190165">
        <w:rPr>
          <w:rFonts w:ascii="Segoe UI Symbol" w:hAnsi="Segoe UI Symbol" w:cs="Segoe UI Symbol"/>
          <w:sz w:val="24"/>
          <w:szCs w:val="24"/>
        </w:rPr>
        <w:t>☐</w:t>
      </w:r>
      <w:r w:rsidRPr="00190165">
        <w:rPr>
          <w:rFonts w:ascii="Arial" w:hAnsi="Arial" w:cs="Arial"/>
          <w:sz w:val="24"/>
          <w:szCs w:val="24"/>
        </w:rPr>
        <w:t xml:space="preserve"> I live </w:t>
      </w:r>
      <w:proofErr w:type="gramStart"/>
      <w:r w:rsidRPr="00190165">
        <w:rPr>
          <w:rFonts w:ascii="Arial" w:hAnsi="Arial" w:cs="Arial"/>
          <w:sz w:val="24"/>
          <w:szCs w:val="24"/>
        </w:rPr>
        <w:t>off-campus</w:t>
      </w:r>
      <w:proofErr w:type="gramEnd"/>
      <w:r w:rsidRPr="00190165">
        <w:rPr>
          <w:rFonts w:ascii="Arial" w:hAnsi="Arial" w:cs="Arial"/>
          <w:sz w:val="24"/>
          <w:szCs w:val="24"/>
        </w:rPr>
        <w:t>. My commute time is: ______</w:t>
      </w:r>
    </w:p>
    <w:p w14:paraId="4F2F8AB7" w14:textId="77777777" w:rsidR="009F33BB" w:rsidRPr="00190165" w:rsidRDefault="006E09A8">
      <w:pPr>
        <w:rPr>
          <w:rFonts w:ascii="Arial" w:hAnsi="Arial" w:cs="Arial"/>
          <w:sz w:val="24"/>
          <w:szCs w:val="24"/>
        </w:rPr>
      </w:pPr>
      <w:r w:rsidRPr="00190165">
        <w:rPr>
          <w:rFonts w:ascii="Segoe UI Symbol" w:hAnsi="Segoe UI Symbol" w:cs="Segoe UI Symbol"/>
          <w:sz w:val="24"/>
          <w:szCs w:val="24"/>
        </w:rPr>
        <w:t>☐</w:t>
      </w:r>
      <w:r w:rsidRPr="00190165">
        <w:rPr>
          <w:rFonts w:ascii="Arial" w:hAnsi="Arial" w:cs="Arial"/>
          <w:sz w:val="24"/>
          <w:szCs w:val="24"/>
        </w:rPr>
        <w:t xml:space="preserve"> I am over 25 years of age.</w:t>
      </w:r>
    </w:p>
    <w:p w14:paraId="6DE95C41" w14:textId="77777777" w:rsidR="009F33BB" w:rsidRPr="00190165" w:rsidRDefault="006E09A8">
      <w:pPr>
        <w:rPr>
          <w:rFonts w:ascii="Arial" w:hAnsi="Arial" w:cs="Arial"/>
          <w:sz w:val="24"/>
          <w:szCs w:val="24"/>
        </w:rPr>
      </w:pPr>
      <w:r w:rsidRPr="00190165">
        <w:rPr>
          <w:rFonts w:ascii="Segoe UI Symbol" w:hAnsi="Segoe UI Symbol" w:cs="Segoe UI Symbol"/>
          <w:sz w:val="24"/>
          <w:szCs w:val="24"/>
        </w:rPr>
        <w:t>☐</w:t>
      </w:r>
      <w:r w:rsidRPr="00190165">
        <w:rPr>
          <w:rFonts w:ascii="Arial" w:hAnsi="Arial" w:cs="Arial"/>
          <w:sz w:val="24"/>
          <w:szCs w:val="24"/>
        </w:rPr>
        <w:t xml:space="preserve"> I have caring responsibilities (e.g. children, elderly relatives).</w:t>
      </w:r>
    </w:p>
    <w:p w14:paraId="66F0BFB1" w14:textId="77777777" w:rsidR="00190165" w:rsidRPr="00190165" w:rsidRDefault="00190165">
      <w:pPr>
        <w:rPr>
          <w:rFonts w:ascii="Arial" w:hAnsi="Arial" w:cs="Arial"/>
          <w:sz w:val="24"/>
          <w:szCs w:val="24"/>
        </w:rPr>
      </w:pPr>
    </w:p>
    <w:p w14:paraId="2C851849" w14:textId="77777777" w:rsidR="009F33BB" w:rsidRPr="00190165" w:rsidRDefault="006E09A8">
      <w:pPr>
        <w:pStyle w:val="Heading2"/>
        <w:rPr>
          <w:rFonts w:ascii="Arial" w:hAnsi="Arial" w:cs="Arial"/>
          <w:sz w:val="24"/>
          <w:szCs w:val="24"/>
        </w:rPr>
      </w:pPr>
      <w:r w:rsidRPr="00190165">
        <w:rPr>
          <w:rFonts w:ascii="Arial" w:hAnsi="Arial" w:cs="Arial"/>
          <w:sz w:val="24"/>
          <w:szCs w:val="24"/>
        </w:rPr>
        <w:t>Section II: Technology Access</w:t>
      </w:r>
    </w:p>
    <w:p w14:paraId="090166F0" w14:textId="77777777" w:rsidR="009F33BB" w:rsidRPr="00190165" w:rsidRDefault="006E09A8">
      <w:pPr>
        <w:rPr>
          <w:rFonts w:ascii="Arial" w:hAnsi="Arial" w:cs="Arial"/>
          <w:sz w:val="24"/>
          <w:szCs w:val="24"/>
        </w:rPr>
      </w:pPr>
      <w:r w:rsidRPr="00190165">
        <w:rPr>
          <w:rFonts w:ascii="Segoe UI Symbol" w:hAnsi="Segoe UI Symbol" w:cs="Segoe UI Symbol"/>
          <w:sz w:val="24"/>
          <w:szCs w:val="24"/>
        </w:rPr>
        <w:t>☐</w:t>
      </w:r>
      <w:r w:rsidRPr="00190165">
        <w:rPr>
          <w:rFonts w:ascii="Arial" w:hAnsi="Arial" w:cs="Arial"/>
          <w:sz w:val="24"/>
          <w:szCs w:val="24"/>
        </w:rPr>
        <w:t xml:space="preserve"> I have access to a mobile device with internet connectivity.</w:t>
      </w:r>
    </w:p>
    <w:p w14:paraId="15D6C46E" w14:textId="77777777" w:rsidR="009F33BB" w:rsidRPr="00190165" w:rsidRDefault="006E09A8">
      <w:pPr>
        <w:rPr>
          <w:rFonts w:ascii="Arial" w:hAnsi="Arial" w:cs="Arial"/>
          <w:sz w:val="24"/>
          <w:szCs w:val="24"/>
        </w:rPr>
      </w:pPr>
      <w:r w:rsidRPr="00190165">
        <w:rPr>
          <w:rFonts w:ascii="Segoe UI Symbol" w:hAnsi="Segoe UI Symbol" w:cs="Segoe UI Symbol"/>
          <w:sz w:val="24"/>
          <w:szCs w:val="24"/>
        </w:rPr>
        <w:t>☐</w:t>
      </w:r>
      <w:r w:rsidRPr="00190165">
        <w:rPr>
          <w:rFonts w:ascii="Arial" w:hAnsi="Arial" w:cs="Arial"/>
          <w:sz w:val="24"/>
          <w:szCs w:val="24"/>
        </w:rPr>
        <w:t xml:space="preserve"> I have access to a laptop or desktop computer for academic work.</w:t>
      </w:r>
    </w:p>
    <w:p w14:paraId="6B3A6F20" w14:textId="77777777" w:rsidR="009F33BB" w:rsidRPr="00190165" w:rsidRDefault="006E09A8">
      <w:pPr>
        <w:rPr>
          <w:rFonts w:ascii="Arial" w:hAnsi="Arial" w:cs="Arial"/>
          <w:sz w:val="24"/>
          <w:szCs w:val="24"/>
        </w:rPr>
      </w:pPr>
      <w:r w:rsidRPr="00190165">
        <w:rPr>
          <w:rFonts w:ascii="Segoe UI Symbol" w:hAnsi="Segoe UI Symbol" w:cs="Segoe UI Symbol"/>
          <w:sz w:val="24"/>
          <w:szCs w:val="24"/>
        </w:rPr>
        <w:lastRenderedPageBreak/>
        <w:t>☐</w:t>
      </w:r>
      <w:r w:rsidRPr="00190165">
        <w:rPr>
          <w:rFonts w:ascii="Arial" w:hAnsi="Arial" w:cs="Arial"/>
          <w:sz w:val="24"/>
          <w:szCs w:val="24"/>
        </w:rPr>
        <w:t xml:space="preserve"> I am financially able to purchase required materials (e.g. textbooks) without hardship.</w:t>
      </w:r>
    </w:p>
    <w:p w14:paraId="3BC5FD2F" w14:textId="77777777" w:rsidR="009F33BB" w:rsidRPr="00190165" w:rsidRDefault="006E09A8">
      <w:pPr>
        <w:rPr>
          <w:rFonts w:ascii="Arial" w:hAnsi="Arial" w:cs="Arial"/>
          <w:sz w:val="24"/>
          <w:szCs w:val="24"/>
        </w:rPr>
      </w:pPr>
      <w:r w:rsidRPr="00190165">
        <w:rPr>
          <w:rFonts w:ascii="Segoe UI Symbol" w:hAnsi="Segoe UI Symbol" w:cs="Segoe UI Symbol"/>
          <w:sz w:val="24"/>
          <w:szCs w:val="24"/>
        </w:rPr>
        <w:t>☐</w:t>
      </w:r>
      <w:r w:rsidRPr="00190165">
        <w:rPr>
          <w:rFonts w:ascii="Arial" w:hAnsi="Arial" w:cs="Arial"/>
          <w:sz w:val="24"/>
          <w:szCs w:val="24"/>
        </w:rPr>
        <w:t xml:space="preserve"> I receive financial support (e.g. maintenance loan, bursary, hardship fund).</w:t>
      </w:r>
    </w:p>
    <w:p w14:paraId="358ED6E8" w14:textId="77777777" w:rsidR="009F33BB" w:rsidRPr="00190165" w:rsidRDefault="006E09A8">
      <w:pPr>
        <w:pStyle w:val="Heading2"/>
        <w:rPr>
          <w:rFonts w:ascii="Arial" w:hAnsi="Arial" w:cs="Arial"/>
          <w:sz w:val="24"/>
          <w:szCs w:val="24"/>
        </w:rPr>
      </w:pPr>
      <w:r w:rsidRPr="00190165">
        <w:rPr>
          <w:rFonts w:ascii="Arial" w:hAnsi="Arial" w:cs="Arial"/>
          <w:sz w:val="24"/>
          <w:szCs w:val="24"/>
        </w:rPr>
        <w:t>Section III: Health and Wellbeing</w:t>
      </w:r>
    </w:p>
    <w:p w14:paraId="43D74C29" w14:textId="77777777" w:rsidR="009F33BB" w:rsidRPr="00190165" w:rsidRDefault="006E09A8">
      <w:pPr>
        <w:rPr>
          <w:rFonts w:ascii="Arial" w:hAnsi="Arial" w:cs="Arial"/>
          <w:sz w:val="24"/>
          <w:szCs w:val="24"/>
        </w:rPr>
      </w:pPr>
      <w:r w:rsidRPr="00190165">
        <w:rPr>
          <w:rFonts w:ascii="Segoe UI Symbol" w:hAnsi="Segoe UI Symbol" w:cs="Segoe UI Symbol"/>
          <w:sz w:val="24"/>
          <w:szCs w:val="24"/>
        </w:rPr>
        <w:t>☐</w:t>
      </w:r>
      <w:r w:rsidRPr="00190165">
        <w:rPr>
          <w:rFonts w:ascii="Arial" w:hAnsi="Arial" w:cs="Arial"/>
          <w:sz w:val="24"/>
          <w:szCs w:val="24"/>
        </w:rPr>
        <w:t xml:space="preserve"> I am registered with the university’s Disability and Wellbeing Service.</w:t>
      </w:r>
    </w:p>
    <w:p w14:paraId="63C16484" w14:textId="104AAF91" w:rsidR="00E10916" w:rsidRPr="00190165" w:rsidRDefault="00E10916">
      <w:pPr>
        <w:rPr>
          <w:rFonts w:ascii="Arial" w:hAnsi="Arial" w:cs="Arial"/>
          <w:sz w:val="24"/>
          <w:szCs w:val="24"/>
        </w:rPr>
      </w:pPr>
      <w:r w:rsidRPr="00190165">
        <w:rPr>
          <w:rFonts w:ascii="Segoe UI Symbol" w:hAnsi="Segoe UI Symbol" w:cs="Segoe UI Symbol"/>
          <w:sz w:val="24"/>
          <w:szCs w:val="24"/>
        </w:rPr>
        <w:t>☐</w:t>
      </w:r>
      <w:r w:rsidRPr="00190165">
        <w:rPr>
          <w:rFonts w:ascii="Arial" w:hAnsi="Arial" w:cs="Arial"/>
          <w:sz w:val="24"/>
          <w:szCs w:val="24"/>
        </w:rPr>
        <w:t xml:space="preserve"> I have My Adjustments in place.</w:t>
      </w:r>
    </w:p>
    <w:p w14:paraId="35919E7B" w14:textId="77777777" w:rsidR="009F33BB" w:rsidRPr="00190165" w:rsidRDefault="006E09A8">
      <w:pPr>
        <w:rPr>
          <w:rFonts w:ascii="Arial" w:hAnsi="Arial" w:cs="Arial"/>
          <w:sz w:val="24"/>
          <w:szCs w:val="24"/>
        </w:rPr>
      </w:pPr>
      <w:r w:rsidRPr="00190165">
        <w:rPr>
          <w:rFonts w:ascii="Segoe UI Symbol" w:hAnsi="Segoe UI Symbol" w:cs="Segoe UI Symbol"/>
          <w:sz w:val="24"/>
          <w:szCs w:val="24"/>
        </w:rPr>
        <w:t>☐</w:t>
      </w:r>
      <w:r w:rsidRPr="00190165">
        <w:rPr>
          <w:rFonts w:ascii="Arial" w:hAnsi="Arial" w:cs="Arial"/>
          <w:sz w:val="24"/>
          <w:szCs w:val="24"/>
        </w:rPr>
        <w:t xml:space="preserve"> I have health concerns I would like to share: __________________________</w:t>
      </w:r>
    </w:p>
    <w:p w14:paraId="2E79A981" w14:textId="77777777" w:rsidR="009F33BB" w:rsidRPr="00190165" w:rsidRDefault="006E09A8">
      <w:pPr>
        <w:rPr>
          <w:rFonts w:ascii="Arial" w:hAnsi="Arial" w:cs="Arial"/>
          <w:sz w:val="24"/>
          <w:szCs w:val="24"/>
        </w:rPr>
      </w:pPr>
      <w:r w:rsidRPr="00190165">
        <w:rPr>
          <w:rFonts w:ascii="Segoe UI Symbol" w:hAnsi="Segoe UI Symbol" w:cs="Segoe UI Symbol"/>
          <w:sz w:val="24"/>
          <w:szCs w:val="24"/>
        </w:rPr>
        <w:t>☐</w:t>
      </w:r>
      <w:r w:rsidRPr="00190165">
        <w:rPr>
          <w:rFonts w:ascii="Arial" w:hAnsi="Arial" w:cs="Arial"/>
          <w:sz w:val="24"/>
          <w:szCs w:val="24"/>
        </w:rPr>
        <w:t xml:space="preserve"> I identify as a quiet student and prefer time alone to reenergise.</w:t>
      </w:r>
    </w:p>
    <w:p w14:paraId="0C688505" w14:textId="77777777" w:rsidR="009F33BB" w:rsidRPr="00190165" w:rsidRDefault="006E09A8">
      <w:pPr>
        <w:rPr>
          <w:rFonts w:ascii="Arial" w:hAnsi="Arial" w:cs="Arial"/>
          <w:sz w:val="24"/>
          <w:szCs w:val="24"/>
        </w:rPr>
      </w:pPr>
      <w:r w:rsidRPr="00190165">
        <w:rPr>
          <w:rFonts w:ascii="Segoe UI Symbol" w:hAnsi="Segoe UI Symbol" w:cs="Segoe UI Symbol"/>
          <w:sz w:val="24"/>
          <w:szCs w:val="24"/>
        </w:rPr>
        <w:t>☐</w:t>
      </w:r>
      <w:r w:rsidRPr="00190165">
        <w:rPr>
          <w:rFonts w:ascii="Arial" w:hAnsi="Arial" w:cs="Arial"/>
          <w:sz w:val="24"/>
          <w:szCs w:val="24"/>
        </w:rPr>
        <w:t xml:space="preserve"> I engage in religious or spiritual practices that may affect attendance or performance. Details: __________________________</w:t>
      </w:r>
    </w:p>
    <w:p w14:paraId="20C3CB6A" w14:textId="77777777" w:rsidR="009F33BB" w:rsidRPr="00190165" w:rsidRDefault="006E09A8">
      <w:pPr>
        <w:rPr>
          <w:rFonts w:ascii="Arial" w:hAnsi="Arial" w:cs="Arial"/>
          <w:sz w:val="24"/>
          <w:szCs w:val="24"/>
        </w:rPr>
      </w:pPr>
      <w:r w:rsidRPr="00190165">
        <w:rPr>
          <w:rFonts w:ascii="Segoe UI Symbol" w:hAnsi="Segoe UI Symbol" w:cs="Segoe UI Symbol"/>
          <w:sz w:val="24"/>
          <w:szCs w:val="24"/>
        </w:rPr>
        <w:t>☐</w:t>
      </w:r>
      <w:r w:rsidRPr="00190165">
        <w:rPr>
          <w:rFonts w:ascii="Arial" w:hAnsi="Arial" w:cs="Arial"/>
          <w:sz w:val="24"/>
          <w:szCs w:val="24"/>
        </w:rPr>
        <w:t xml:space="preserve"> I prefer to complete assignments by typing rather than handwriting.</w:t>
      </w:r>
    </w:p>
    <w:p w14:paraId="125F56A3" w14:textId="5B3C7EEC" w:rsidR="009F33BB" w:rsidRPr="00190165" w:rsidRDefault="006E09A8">
      <w:pPr>
        <w:rPr>
          <w:rFonts w:ascii="Arial" w:hAnsi="Arial" w:cs="Arial"/>
          <w:sz w:val="24"/>
          <w:szCs w:val="24"/>
        </w:rPr>
      </w:pPr>
      <w:r w:rsidRPr="00190165">
        <w:rPr>
          <w:rFonts w:ascii="Segoe UI Symbol" w:hAnsi="Segoe UI Symbol" w:cs="Segoe UI Symbol"/>
          <w:sz w:val="24"/>
          <w:szCs w:val="24"/>
        </w:rPr>
        <w:t>☐</w:t>
      </w:r>
      <w:r w:rsidRPr="00190165">
        <w:rPr>
          <w:rFonts w:ascii="Arial" w:hAnsi="Arial" w:cs="Arial"/>
          <w:sz w:val="24"/>
          <w:szCs w:val="24"/>
        </w:rPr>
        <w:t xml:space="preserve"> Other factors that may impact my experience in this </w:t>
      </w:r>
      <w:r w:rsidR="00E10916" w:rsidRPr="00190165">
        <w:rPr>
          <w:rFonts w:ascii="Arial" w:hAnsi="Arial" w:cs="Arial"/>
          <w:sz w:val="24"/>
          <w:szCs w:val="24"/>
        </w:rPr>
        <w:t>course</w:t>
      </w:r>
      <w:r w:rsidRPr="00190165">
        <w:rPr>
          <w:rFonts w:ascii="Arial" w:hAnsi="Arial" w:cs="Arial"/>
          <w:sz w:val="24"/>
          <w:szCs w:val="24"/>
        </w:rPr>
        <w:t>: __________________________</w:t>
      </w:r>
    </w:p>
    <w:p w14:paraId="6E8B565F" w14:textId="77777777" w:rsidR="009F33BB" w:rsidRPr="00190165" w:rsidRDefault="006E09A8">
      <w:pPr>
        <w:pStyle w:val="Heading2"/>
        <w:rPr>
          <w:rFonts w:ascii="Arial" w:hAnsi="Arial" w:cs="Arial"/>
          <w:sz w:val="24"/>
          <w:szCs w:val="24"/>
        </w:rPr>
      </w:pPr>
      <w:r w:rsidRPr="00190165">
        <w:rPr>
          <w:rFonts w:ascii="Arial" w:hAnsi="Arial" w:cs="Arial"/>
          <w:sz w:val="24"/>
          <w:szCs w:val="24"/>
        </w:rPr>
        <w:t>Section IV: Educational Background</w:t>
      </w:r>
    </w:p>
    <w:p w14:paraId="727D6C53" w14:textId="77777777" w:rsidR="009F33BB" w:rsidRPr="00190165" w:rsidRDefault="006E09A8">
      <w:pPr>
        <w:rPr>
          <w:rFonts w:ascii="Arial" w:hAnsi="Arial" w:cs="Arial"/>
          <w:sz w:val="24"/>
          <w:szCs w:val="24"/>
        </w:rPr>
      </w:pPr>
      <w:r w:rsidRPr="00190165">
        <w:rPr>
          <w:rFonts w:ascii="Segoe UI Symbol" w:hAnsi="Segoe UI Symbol" w:cs="Segoe UI Symbol"/>
          <w:sz w:val="24"/>
          <w:szCs w:val="24"/>
        </w:rPr>
        <w:t>☐</w:t>
      </w:r>
      <w:r w:rsidRPr="00190165">
        <w:rPr>
          <w:rFonts w:ascii="Arial" w:hAnsi="Arial" w:cs="Arial"/>
          <w:sz w:val="24"/>
          <w:szCs w:val="24"/>
        </w:rPr>
        <w:t xml:space="preserve"> I am a first-generation university student (first in my family to attend university).</w:t>
      </w:r>
    </w:p>
    <w:p w14:paraId="50B1A90F" w14:textId="77777777" w:rsidR="009F33BB" w:rsidRPr="00190165" w:rsidRDefault="006E09A8">
      <w:pPr>
        <w:rPr>
          <w:rFonts w:ascii="Arial" w:hAnsi="Arial" w:cs="Arial"/>
          <w:sz w:val="24"/>
          <w:szCs w:val="24"/>
        </w:rPr>
      </w:pPr>
      <w:r w:rsidRPr="00190165">
        <w:rPr>
          <w:rFonts w:ascii="Segoe UI Symbol" w:hAnsi="Segoe UI Symbol" w:cs="Segoe UI Symbol"/>
          <w:sz w:val="24"/>
          <w:szCs w:val="24"/>
        </w:rPr>
        <w:t>☐</w:t>
      </w:r>
      <w:r w:rsidRPr="00190165">
        <w:rPr>
          <w:rFonts w:ascii="Arial" w:hAnsi="Arial" w:cs="Arial"/>
          <w:sz w:val="24"/>
          <w:szCs w:val="24"/>
        </w:rPr>
        <w:t xml:space="preserve"> One of my parents/guardians attended university.</w:t>
      </w:r>
    </w:p>
    <w:p w14:paraId="4AAF767F" w14:textId="77777777" w:rsidR="009F33BB" w:rsidRPr="00190165" w:rsidRDefault="006E09A8">
      <w:pPr>
        <w:rPr>
          <w:rFonts w:ascii="Arial" w:hAnsi="Arial" w:cs="Arial"/>
          <w:sz w:val="24"/>
          <w:szCs w:val="24"/>
        </w:rPr>
      </w:pPr>
      <w:r w:rsidRPr="00190165">
        <w:rPr>
          <w:rFonts w:ascii="Segoe UI Symbol" w:hAnsi="Segoe UI Symbol" w:cs="Segoe UI Symbol"/>
          <w:sz w:val="24"/>
          <w:szCs w:val="24"/>
        </w:rPr>
        <w:t>☐</w:t>
      </w:r>
      <w:r w:rsidRPr="00190165">
        <w:rPr>
          <w:rFonts w:ascii="Arial" w:hAnsi="Arial" w:cs="Arial"/>
          <w:sz w:val="24"/>
          <w:szCs w:val="24"/>
        </w:rPr>
        <w:t xml:space="preserve"> Both of my parents/guardians attended university.</w:t>
      </w:r>
    </w:p>
    <w:p w14:paraId="4861BC01" w14:textId="77777777" w:rsidR="009F33BB" w:rsidRPr="00190165" w:rsidRDefault="006E09A8">
      <w:pPr>
        <w:rPr>
          <w:rFonts w:ascii="Arial" w:hAnsi="Arial" w:cs="Arial"/>
          <w:sz w:val="24"/>
          <w:szCs w:val="24"/>
        </w:rPr>
      </w:pPr>
      <w:r w:rsidRPr="00190165">
        <w:rPr>
          <w:rFonts w:ascii="Segoe UI Symbol" w:hAnsi="Segoe UI Symbol" w:cs="Segoe UI Symbol"/>
          <w:sz w:val="24"/>
          <w:szCs w:val="24"/>
        </w:rPr>
        <w:t>☐</w:t>
      </w:r>
      <w:r w:rsidRPr="00190165">
        <w:rPr>
          <w:rFonts w:ascii="Arial" w:hAnsi="Arial" w:cs="Arial"/>
          <w:sz w:val="24"/>
          <w:szCs w:val="24"/>
        </w:rPr>
        <w:t xml:space="preserve"> I have a sibling who has or is currently attending university.</w:t>
      </w:r>
    </w:p>
    <w:p w14:paraId="11784EDC" w14:textId="77777777" w:rsidR="00E13027" w:rsidRPr="00190165" w:rsidRDefault="00E13027" w:rsidP="00E13027">
      <w:pPr>
        <w:pStyle w:val="NormalWeb"/>
        <w:rPr>
          <w:rFonts w:ascii="Arial" w:hAnsi="Arial" w:cs="Arial"/>
          <w:color w:val="000000"/>
        </w:rPr>
      </w:pPr>
      <w:r w:rsidRPr="00190165">
        <w:rPr>
          <w:rFonts w:ascii="Segoe UI Symbol" w:hAnsi="Segoe UI Symbol" w:cs="Segoe UI Symbol"/>
          <w:color w:val="000000"/>
        </w:rPr>
        <w:t>☐</w:t>
      </w:r>
      <w:r w:rsidRPr="00190165">
        <w:rPr>
          <w:rFonts w:ascii="Arial" w:hAnsi="Arial" w:cs="Arial"/>
          <w:color w:val="000000"/>
        </w:rPr>
        <w:t xml:space="preserve"> I have previously studied mathematics or statistics at the following level(s):</w:t>
      </w:r>
      <w:r w:rsidRPr="00190165">
        <w:rPr>
          <w:rFonts w:ascii="Arial" w:hAnsi="Arial" w:cs="Arial"/>
          <w:color w:val="000000"/>
        </w:rPr>
        <w:br/>
      </w:r>
      <w:r w:rsidRPr="00190165">
        <w:rPr>
          <w:rFonts w:ascii="Segoe UI Symbol" w:hAnsi="Segoe UI Symbol" w:cs="Segoe UI Symbol"/>
          <w:color w:val="000000"/>
        </w:rPr>
        <w:t>☐</w:t>
      </w:r>
      <w:r w:rsidRPr="00190165">
        <w:rPr>
          <w:rFonts w:ascii="Arial" w:hAnsi="Arial" w:cs="Arial"/>
          <w:color w:val="000000"/>
        </w:rPr>
        <w:t xml:space="preserve"> GCSE or equivalent</w:t>
      </w:r>
      <w:r w:rsidRPr="00190165">
        <w:rPr>
          <w:rFonts w:ascii="Arial" w:hAnsi="Arial" w:cs="Arial"/>
          <w:color w:val="000000"/>
        </w:rPr>
        <w:br/>
      </w:r>
      <w:r w:rsidRPr="00190165">
        <w:rPr>
          <w:rFonts w:ascii="Segoe UI Symbol" w:hAnsi="Segoe UI Symbol" w:cs="Segoe UI Symbol"/>
          <w:color w:val="000000"/>
        </w:rPr>
        <w:t>☐</w:t>
      </w:r>
      <w:r w:rsidRPr="00190165">
        <w:rPr>
          <w:rFonts w:ascii="Arial" w:hAnsi="Arial" w:cs="Arial"/>
          <w:color w:val="000000"/>
        </w:rPr>
        <w:t xml:space="preserve"> A-Level or equivalent</w:t>
      </w:r>
      <w:r w:rsidRPr="00190165">
        <w:rPr>
          <w:rFonts w:ascii="Arial" w:hAnsi="Arial" w:cs="Arial"/>
          <w:color w:val="000000"/>
        </w:rPr>
        <w:br/>
      </w:r>
      <w:r w:rsidRPr="00190165">
        <w:rPr>
          <w:rFonts w:ascii="Segoe UI Symbol" w:hAnsi="Segoe UI Symbol" w:cs="Segoe UI Symbol"/>
          <w:color w:val="000000"/>
        </w:rPr>
        <w:t>☐</w:t>
      </w:r>
      <w:r w:rsidRPr="00190165">
        <w:rPr>
          <w:rFonts w:ascii="Arial" w:hAnsi="Arial" w:cs="Arial"/>
          <w:color w:val="000000"/>
        </w:rPr>
        <w:t xml:space="preserve"> University-level module(s)</w:t>
      </w:r>
      <w:r w:rsidRPr="00190165">
        <w:rPr>
          <w:rFonts w:ascii="Arial" w:hAnsi="Arial" w:cs="Arial"/>
          <w:color w:val="000000"/>
        </w:rPr>
        <w:br/>
      </w:r>
      <w:r w:rsidRPr="00190165">
        <w:rPr>
          <w:rFonts w:ascii="Segoe UI Symbol" w:hAnsi="Segoe UI Symbol" w:cs="Segoe UI Symbol"/>
          <w:color w:val="000000"/>
        </w:rPr>
        <w:t>☐</w:t>
      </w:r>
      <w:r w:rsidRPr="00190165">
        <w:rPr>
          <w:rFonts w:ascii="Arial" w:hAnsi="Arial" w:cs="Arial"/>
          <w:color w:val="000000"/>
        </w:rPr>
        <w:t xml:space="preserve"> Other (please specify): ___________________________</w:t>
      </w:r>
    </w:p>
    <w:p w14:paraId="4F760179" w14:textId="77777777" w:rsidR="00E13027" w:rsidRPr="00190165" w:rsidRDefault="00E13027" w:rsidP="00E13027">
      <w:pPr>
        <w:pStyle w:val="NormalWeb"/>
        <w:rPr>
          <w:rFonts w:ascii="Arial" w:hAnsi="Arial" w:cs="Arial"/>
          <w:color w:val="000000"/>
        </w:rPr>
      </w:pPr>
      <w:r w:rsidRPr="00190165">
        <w:rPr>
          <w:rFonts w:ascii="Segoe UI Symbol" w:hAnsi="Segoe UI Symbol" w:cs="Segoe UI Symbol"/>
          <w:color w:val="000000"/>
        </w:rPr>
        <w:t>☐</w:t>
      </w:r>
      <w:r w:rsidRPr="00190165">
        <w:rPr>
          <w:rFonts w:ascii="Arial" w:hAnsi="Arial" w:cs="Arial"/>
          <w:color w:val="000000"/>
        </w:rPr>
        <w:t xml:space="preserve"> I feel confident applying mathematical or statistical concepts in this course.</w:t>
      </w:r>
      <w:r w:rsidRPr="00190165">
        <w:rPr>
          <w:rFonts w:ascii="Arial" w:hAnsi="Arial" w:cs="Arial"/>
          <w:color w:val="000000"/>
        </w:rPr>
        <w:br/>
      </w:r>
      <w:r w:rsidRPr="00190165">
        <w:rPr>
          <w:rFonts w:ascii="Segoe UI Symbol" w:hAnsi="Segoe UI Symbol" w:cs="Segoe UI Symbol"/>
          <w:color w:val="000000"/>
        </w:rPr>
        <w:t>☐</w:t>
      </w:r>
      <w:r w:rsidRPr="00190165">
        <w:rPr>
          <w:rFonts w:ascii="Arial" w:hAnsi="Arial" w:cs="Arial"/>
          <w:color w:val="000000"/>
        </w:rPr>
        <w:t xml:space="preserve"> I would appreciate additional support or resources related to maths or stats.</w:t>
      </w:r>
    </w:p>
    <w:p w14:paraId="5EA949F5" w14:textId="77777777" w:rsidR="00E13027" w:rsidRPr="00190165" w:rsidRDefault="00E13027">
      <w:pPr>
        <w:rPr>
          <w:rFonts w:ascii="Arial" w:hAnsi="Arial" w:cs="Arial"/>
          <w:sz w:val="24"/>
          <w:szCs w:val="24"/>
        </w:rPr>
      </w:pPr>
    </w:p>
    <w:p w14:paraId="68765258" w14:textId="77777777" w:rsidR="009F33BB" w:rsidRPr="00190165" w:rsidRDefault="006E09A8">
      <w:pPr>
        <w:pStyle w:val="Heading2"/>
        <w:rPr>
          <w:rFonts w:ascii="Arial" w:hAnsi="Arial" w:cs="Arial"/>
          <w:sz w:val="24"/>
          <w:szCs w:val="24"/>
        </w:rPr>
      </w:pPr>
      <w:r w:rsidRPr="00190165">
        <w:rPr>
          <w:rFonts w:ascii="Arial" w:hAnsi="Arial" w:cs="Arial"/>
          <w:sz w:val="24"/>
          <w:szCs w:val="24"/>
        </w:rPr>
        <w:lastRenderedPageBreak/>
        <w:t>Section V: Identity</w:t>
      </w:r>
    </w:p>
    <w:p w14:paraId="1E41EDF6" w14:textId="77777777" w:rsidR="009F33BB" w:rsidRPr="00190165" w:rsidRDefault="006E09A8">
      <w:pPr>
        <w:rPr>
          <w:rFonts w:ascii="Arial" w:hAnsi="Arial" w:cs="Arial"/>
          <w:sz w:val="24"/>
          <w:szCs w:val="24"/>
        </w:rPr>
      </w:pPr>
      <w:r w:rsidRPr="00190165">
        <w:rPr>
          <w:rFonts w:ascii="Arial" w:hAnsi="Arial" w:cs="Arial"/>
          <w:sz w:val="24"/>
          <w:szCs w:val="24"/>
        </w:rPr>
        <w:t>My ethnic background is: ___________________________________</w:t>
      </w:r>
    </w:p>
    <w:p w14:paraId="6252B0BC" w14:textId="77777777" w:rsidR="009F33BB" w:rsidRPr="00190165" w:rsidRDefault="006E09A8">
      <w:pPr>
        <w:rPr>
          <w:rFonts w:ascii="Arial" w:hAnsi="Arial" w:cs="Arial"/>
          <w:sz w:val="24"/>
          <w:szCs w:val="24"/>
        </w:rPr>
      </w:pPr>
      <w:r w:rsidRPr="00190165">
        <w:rPr>
          <w:rFonts w:ascii="Arial" w:hAnsi="Arial" w:cs="Arial"/>
          <w:sz w:val="24"/>
          <w:szCs w:val="24"/>
        </w:rPr>
        <w:t>My gender identity is: _____________________________________</w:t>
      </w:r>
    </w:p>
    <w:p w14:paraId="1953093F" w14:textId="77777777" w:rsidR="009F33BB" w:rsidRPr="00190165" w:rsidRDefault="006E09A8">
      <w:pPr>
        <w:rPr>
          <w:rFonts w:ascii="Arial" w:hAnsi="Arial" w:cs="Arial"/>
          <w:sz w:val="24"/>
          <w:szCs w:val="24"/>
        </w:rPr>
      </w:pPr>
      <w:r w:rsidRPr="00190165">
        <w:rPr>
          <w:rFonts w:ascii="Arial" w:hAnsi="Arial" w:cs="Arial"/>
          <w:sz w:val="24"/>
          <w:szCs w:val="24"/>
        </w:rPr>
        <w:t>My sexuality is: ___________________________________________</w:t>
      </w:r>
    </w:p>
    <w:p w14:paraId="21966D69" w14:textId="77777777" w:rsidR="009F33BB" w:rsidRPr="00190165" w:rsidRDefault="006E09A8">
      <w:pPr>
        <w:rPr>
          <w:rFonts w:ascii="Arial" w:hAnsi="Arial" w:cs="Arial"/>
          <w:sz w:val="24"/>
          <w:szCs w:val="24"/>
        </w:rPr>
      </w:pPr>
      <w:r w:rsidRPr="00190165">
        <w:rPr>
          <w:rFonts w:ascii="Arial" w:hAnsi="Arial" w:cs="Arial"/>
          <w:sz w:val="24"/>
          <w:szCs w:val="24"/>
        </w:rPr>
        <w:t>My pronouns are: _________________________________________</w:t>
      </w:r>
    </w:p>
    <w:p w14:paraId="22F01F7A" w14:textId="77777777" w:rsidR="009F33BB" w:rsidRPr="00190165" w:rsidRDefault="006E09A8">
      <w:pPr>
        <w:rPr>
          <w:rFonts w:ascii="Arial" w:hAnsi="Arial" w:cs="Arial"/>
          <w:sz w:val="24"/>
          <w:szCs w:val="24"/>
        </w:rPr>
      </w:pPr>
      <w:r w:rsidRPr="00190165">
        <w:rPr>
          <w:rFonts w:ascii="Arial" w:hAnsi="Arial" w:cs="Arial"/>
          <w:sz w:val="24"/>
          <w:szCs w:val="24"/>
        </w:rPr>
        <w:t>My nationality/country of origin is: ___________________________</w:t>
      </w:r>
    </w:p>
    <w:p w14:paraId="70F445FD" w14:textId="54ACA4B7" w:rsidR="009F33BB" w:rsidRPr="00190165" w:rsidRDefault="006E09A8">
      <w:pPr>
        <w:rPr>
          <w:rFonts w:ascii="Arial" w:hAnsi="Arial" w:cs="Arial"/>
          <w:sz w:val="24"/>
          <w:szCs w:val="24"/>
        </w:rPr>
      </w:pPr>
      <w:r w:rsidRPr="00190165">
        <w:rPr>
          <w:rFonts w:ascii="Arial" w:hAnsi="Arial" w:cs="Arial"/>
          <w:sz w:val="24"/>
          <w:szCs w:val="24"/>
        </w:rPr>
        <w:t>English is not my first language. My proficiency level is (e.g. beginner/intermediate/advanced for listening/speaking/writing/reading): ___________________________</w:t>
      </w:r>
    </w:p>
    <w:p w14:paraId="41E2E4C9" w14:textId="77777777" w:rsidR="00712329" w:rsidRPr="00190165" w:rsidRDefault="00712329">
      <w:pPr>
        <w:rPr>
          <w:rFonts w:ascii="Arial" w:hAnsi="Arial" w:cs="Arial"/>
          <w:sz w:val="24"/>
          <w:szCs w:val="24"/>
        </w:rPr>
      </w:pPr>
    </w:p>
    <w:p w14:paraId="662DDD5D" w14:textId="77777777" w:rsidR="009F33BB" w:rsidRPr="00190165" w:rsidRDefault="006E09A8">
      <w:pPr>
        <w:pStyle w:val="Heading2"/>
        <w:rPr>
          <w:rFonts w:ascii="Arial" w:hAnsi="Arial" w:cs="Arial"/>
          <w:sz w:val="24"/>
          <w:szCs w:val="24"/>
        </w:rPr>
      </w:pPr>
      <w:r w:rsidRPr="00190165">
        <w:rPr>
          <w:rFonts w:ascii="Arial" w:hAnsi="Arial" w:cs="Arial"/>
          <w:sz w:val="24"/>
          <w:szCs w:val="24"/>
        </w:rPr>
        <w:t>Section VI: Additional Information</w:t>
      </w:r>
    </w:p>
    <w:p w14:paraId="08922CB4" w14:textId="77777777" w:rsidR="009F33BB" w:rsidRPr="00190165" w:rsidRDefault="006E09A8">
      <w:pPr>
        <w:rPr>
          <w:rFonts w:ascii="Arial" w:hAnsi="Arial" w:cs="Arial"/>
          <w:sz w:val="24"/>
          <w:szCs w:val="24"/>
        </w:rPr>
      </w:pPr>
      <w:r w:rsidRPr="00190165">
        <w:rPr>
          <w:rFonts w:ascii="Arial" w:hAnsi="Arial" w:cs="Arial"/>
          <w:sz w:val="24"/>
          <w:szCs w:val="24"/>
        </w:rPr>
        <w:t>Additional social identities or personal attributes I would like to share:</w:t>
      </w:r>
    </w:p>
    <w:p w14:paraId="6AC9A8CA" w14:textId="77777777" w:rsidR="009F33BB" w:rsidRPr="00190165" w:rsidRDefault="006E09A8">
      <w:pPr>
        <w:rPr>
          <w:rFonts w:ascii="Arial" w:hAnsi="Arial" w:cs="Arial"/>
          <w:sz w:val="24"/>
          <w:szCs w:val="24"/>
        </w:rPr>
      </w:pPr>
      <w:r w:rsidRPr="00190165">
        <w:rPr>
          <w:rFonts w:ascii="Arial" w:hAnsi="Arial" w:cs="Arial"/>
          <w:sz w:val="24"/>
          <w:szCs w:val="24"/>
        </w:rPr>
        <w:t>________________________________________________________</w:t>
      </w:r>
    </w:p>
    <w:p w14:paraId="555D3E73" w14:textId="77777777" w:rsidR="009F33BB" w:rsidRPr="00190165" w:rsidRDefault="006E09A8">
      <w:pPr>
        <w:rPr>
          <w:rFonts w:ascii="Arial" w:hAnsi="Arial" w:cs="Arial"/>
          <w:sz w:val="24"/>
          <w:szCs w:val="24"/>
        </w:rPr>
      </w:pPr>
      <w:r w:rsidRPr="00190165">
        <w:rPr>
          <w:rFonts w:ascii="Arial" w:hAnsi="Arial" w:cs="Arial"/>
          <w:sz w:val="24"/>
          <w:szCs w:val="24"/>
        </w:rPr>
        <w:t>________________________________________________________</w:t>
      </w:r>
    </w:p>
    <w:p w14:paraId="75319F5C" w14:textId="77777777" w:rsidR="009F33BB" w:rsidRPr="00190165" w:rsidRDefault="006E09A8">
      <w:pPr>
        <w:pStyle w:val="Heading2"/>
        <w:rPr>
          <w:rFonts w:ascii="Arial" w:hAnsi="Arial" w:cs="Arial"/>
          <w:sz w:val="24"/>
          <w:szCs w:val="24"/>
        </w:rPr>
      </w:pPr>
      <w:r w:rsidRPr="00190165">
        <w:rPr>
          <w:rFonts w:ascii="Arial" w:hAnsi="Arial" w:cs="Arial"/>
          <w:sz w:val="24"/>
          <w:szCs w:val="24"/>
        </w:rPr>
        <w:t>Section VII: Personal Connections</w:t>
      </w:r>
    </w:p>
    <w:p w14:paraId="0BBB879C" w14:textId="58D3A3CD" w:rsidR="009F33BB" w:rsidRPr="00190165" w:rsidRDefault="006E09A8">
      <w:pPr>
        <w:rPr>
          <w:rFonts w:ascii="Arial" w:hAnsi="Arial" w:cs="Arial"/>
          <w:sz w:val="24"/>
          <w:szCs w:val="24"/>
        </w:rPr>
      </w:pPr>
      <w:r w:rsidRPr="00190165">
        <w:rPr>
          <w:rFonts w:ascii="Arial" w:hAnsi="Arial" w:cs="Arial"/>
          <w:sz w:val="24"/>
          <w:szCs w:val="24"/>
        </w:rPr>
        <w:t xml:space="preserve">Personal connections with the </w:t>
      </w:r>
      <w:r w:rsidR="00AC435D" w:rsidRPr="00190165">
        <w:rPr>
          <w:rFonts w:ascii="Arial" w:hAnsi="Arial" w:cs="Arial"/>
          <w:sz w:val="24"/>
          <w:szCs w:val="24"/>
        </w:rPr>
        <w:t>course</w:t>
      </w:r>
      <w:r w:rsidRPr="00190165">
        <w:rPr>
          <w:rFonts w:ascii="Arial" w:hAnsi="Arial" w:cs="Arial"/>
          <w:sz w:val="24"/>
          <w:szCs w:val="24"/>
        </w:rPr>
        <w:t xml:space="preserve"> content that relate to my identity or background:</w:t>
      </w:r>
    </w:p>
    <w:p w14:paraId="344E1076" w14:textId="77777777" w:rsidR="009F33BB" w:rsidRPr="00190165" w:rsidRDefault="006E09A8">
      <w:pPr>
        <w:rPr>
          <w:rFonts w:ascii="Arial" w:hAnsi="Arial" w:cs="Arial"/>
          <w:sz w:val="24"/>
          <w:szCs w:val="24"/>
        </w:rPr>
      </w:pPr>
      <w:r w:rsidRPr="00190165">
        <w:rPr>
          <w:rFonts w:ascii="Arial" w:hAnsi="Arial" w:cs="Arial"/>
          <w:sz w:val="24"/>
          <w:szCs w:val="24"/>
        </w:rPr>
        <w:t>________________________________________________________</w:t>
      </w:r>
    </w:p>
    <w:p w14:paraId="31DA5FD3" w14:textId="77777777" w:rsidR="009F33BB" w:rsidRPr="00190165" w:rsidRDefault="006E09A8">
      <w:pPr>
        <w:rPr>
          <w:rFonts w:ascii="Arial" w:hAnsi="Arial" w:cs="Arial"/>
          <w:sz w:val="24"/>
          <w:szCs w:val="24"/>
        </w:rPr>
      </w:pPr>
      <w:r w:rsidRPr="00190165">
        <w:rPr>
          <w:rFonts w:ascii="Arial" w:hAnsi="Arial" w:cs="Arial"/>
          <w:sz w:val="24"/>
          <w:szCs w:val="24"/>
        </w:rPr>
        <w:t>________________________________________________________</w:t>
      </w:r>
    </w:p>
    <w:p w14:paraId="219AFD24" w14:textId="77777777" w:rsidR="009F33BB" w:rsidRPr="00190165" w:rsidRDefault="006E09A8">
      <w:pPr>
        <w:pStyle w:val="Heading2"/>
        <w:rPr>
          <w:rFonts w:ascii="Arial" w:hAnsi="Arial" w:cs="Arial"/>
          <w:sz w:val="24"/>
          <w:szCs w:val="24"/>
        </w:rPr>
      </w:pPr>
      <w:r w:rsidRPr="00190165">
        <w:rPr>
          <w:rFonts w:ascii="Arial" w:hAnsi="Arial" w:cs="Arial"/>
          <w:sz w:val="24"/>
          <w:szCs w:val="24"/>
        </w:rPr>
        <w:t>Section VIII: Expectations</w:t>
      </w:r>
    </w:p>
    <w:p w14:paraId="51EE1F99" w14:textId="250E5E89" w:rsidR="009F33BB" w:rsidRPr="00190165" w:rsidRDefault="006E09A8">
      <w:pPr>
        <w:rPr>
          <w:rFonts w:ascii="Arial" w:hAnsi="Arial" w:cs="Arial"/>
          <w:sz w:val="24"/>
          <w:szCs w:val="24"/>
        </w:rPr>
      </w:pPr>
      <w:r w:rsidRPr="00190165">
        <w:rPr>
          <w:rFonts w:ascii="Arial" w:hAnsi="Arial" w:cs="Arial"/>
          <w:sz w:val="24"/>
          <w:szCs w:val="24"/>
        </w:rPr>
        <w:t>My expectations for inclusivity in this</w:t>
      </w:r>
      <w:r w:rsidR="004D11D9" w:rsidRPr="00190165">
        <w:rPr>
          <w:rFonts w:ascii="Arial" w:hAnsi="Arial" w:cs="Arial"/>
          <w:sz w:val="24"/>
          <w:szCs w:val="24"/>
        </w:rPr>
        <w:t xml:space="preserve"> course</w:t>
      </w:r>
      <w:r w:rsidRPr="00190165">
        <w:rPr>
          <w:rFonts w:ascii="Arial" w:hAnsi="Arial" w:cs="Arial"/>
          <w:sz w:val="24"/>
          <w:szCs w:val="24"/>
        </w:rPr>
        <w:t xml:space="preserve"> are:</w:t>
      </w:r>
    </w:p>
    <w:p w14:paraId="373F2266" w14:textId="77777777" w:rsidR="009F33BB" w:rsidRPr="00190165" w:rsidRDefault="006E09A8">
      <w:pPr>
        <w:rPr>
          <w:rFonts w:ascii="Arial" w:hAnsi="Arial" w:cs="Arial"/>
          <w:sz w:val="24"/>
          <w:szCs w:val="24"/>
        </w:rPr>
      </w:pPr>
      <w:r w:rsidRPr="00190165">
        <w:rPr>
          <w:rFonts w:ascii="Arial" w:hAnsi="Arial" w:cs="Arial"/>
          <w:sz w:val="24"/>
          <w:szCs w:val="24"/>
        </w:rPr>
        <w:t>________________________________________________________</w:t>
      </w:r>
    </w:p>
    <w:p w14:paraId="0C177987" w14:textId="60501530" w:rsidR="009F33BB" w:rsidRPr="00190165" w:rsidRDefault="006E09A8" w:rsidP="6FE2B481">
      <w:pPr>
        <w:rPr>
          <w:rFonts w:ascii="Arial" w:hAnsi="Arial" w:cs="Arial"/>
          <w:sz w:val="24"/>
          <w:szCs w:val="24"/>
        </w:rPr>
      </w:pPr>
      <w:r w:rsidRPr="00190165">
        <w:rPr>
          <w:rFonts w:ascii="Arial" w:hAnsi="Arial" w:cs="Arial"/>
          <w:sz w:val="24"/>
          <w:szCs w:val="24"/>
        </w:rPr>
        <w:t>________________________</w:t>
      </w:r>
      <w:r w:rsidRPr="6FE2B481">
        <w:rPr>
          <w:rFonts w:ascii="Arial" w:hAnsi="Arial" w:cs="Arial"/>
          <w:sz w:val="24"/>
          <w:szCs w:val="24"/>
        </w:rPr>
        <w:t>________________________________</w:t>
      </w:r>
    </w:p>
    <w:sectPr w:rsidR="009F33BB" w:rsidRPr="00190165" w:rsidSect="00034616">
      <w:headerReference w:type="default" r:id="rId12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1543C01" w14:textId="77777777" w:rsidR="008B2075" w:rsidRDefault="008B2075" w:rsidP="00977668">
      <w:pPr>
        <w:spacing w:after="0" w:line="240" w:lineRule="auto"/>
      </w:pPr>
      <w:r>
        <w:separator/>
      </w:r>
    </w:p>
  </w:endnote>
  <w:endnote w:type="continuationSeparator" w:id="0">
    <w:p w14:paraId="084EA5D5" w14:textId="77777777" w:rsidR="008B2075" w:rsidRDefault="008B2075" w:rsidP="00977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2288843" w14:textId="77777777" w:rsidR="008B2075" w:rsidRDefault="008B2075" w:rsidP="00977668">
      <w:pPr>
        <w:spacing w:after="0" w:line="240" w:lineRule="auto"/>
      </w:pPr>
      <w:r>
        <w:separator/>
      </w:r>
    </w:p>
  </w:footnote>
  <w:footnote w:type="continuationSeparator" w:id="0">
    <w:p w14:paraId="51517189" w14:textId="77777777" w:rsidR="008B2075" w:rsidRDefault="008B2075" w:rsidP="00977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1F14F06" w14:textId="4D234C24" w:rsidR="00977668" w:rsidRDefault="0098137B">
    <w:pPr>
      <w:pStyle w:val="Header"/>
    </w:pPr>
    <w:r>
      <w:rPr>
        <w:noProof/>
      </w:rPr>
      <w:drawing>
        <wp:inline distT="0" distB="0" distL="0" distR="0" wp14:anchorId="00C77965" wp14:editId="7F88D08F">
          <wp:extent cx="1492250" cy="517525"/>
          <wp:effectExtent l="0" t="0" r="6350" b="3175"/>
          <wp:docPr id="1107617140" name="Picture 2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2250" cy="517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68BE46" w14:textId="77777777" w:rsidR="00977668" w:rsidRDefault="009776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87309110">
    <w:abstractNumId w:val="8"/>
  </w:num>
  <w:num w:numId="2" w16cid:durableId="993414299">
    <w:abstractNumId w:val="6"/>
  </w:num>
  <w:num w:numId="3" w16cid:durableId="1167592053">
    <w:abstractNumId w:val="5"/>
  </w:num>
  <w:num w:numId="4" w16cid:durableId="1682512112">
    <w:abstractNumId w:val="4"/>
  </w:num>
  <w:num w:numId="5" w16cid:durableId="2110735728">
    <w:abstractNumId w:val="7"/>
  </w:num>
  <w:num w:numId="6" w16cid:durableId="877351148">
    <w:abstractNumId w:val="3"/>
  </w:num>
  <w:num w:numId="7" w16cid:durableId="1664897074">
    <w:abstractNumId w:val="2"/>
  </w:num>
  <w:num w:numId="8" w16cid:durableId="796415216">
    <w:abstractNumId w:val="1"/>
  </w:num>
  <w:num w:numId="9" w16cid:durableId="198122909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76B7"/>
    <w:rsid w:val="0015074B"/>
    <w:rsid w:val="00190165"/>
    <w:rsid w:val="001F5835"/>
    <w:rsid w:val="0029639D"/>
    <w:rsid w:val="00326F90"/>
    <w:rsid w:val="00354BD7"/>
    <w:rsid w:val="00357402"/>
    <w:rsid w:val="00383C68"/>
    <w:rsid w:val="00397ABD"/>
    <w:rsid w:val="004D11D9"/>
    <w:rsid w:val="00665D09"/>
    <w:rsid w:val="00674F88"/>
    <w:rsid w:val="006A07D0"/>
    <w:rsid w:val="006C7CC3"/>
    <w:rsid w:val="006E09A8"/>
    <w:rsid w:val="00712329"/>
    <w:rsid w:val="007D0276"/>
    <w:rsid w:val="007F4EBD"/>
    <w:rsid w:val="008B2075"/>
    <w:rsid w:val="008C3EA5"/>
    <w:rsid w:val="00977668"/>
    <w:rsid w:val="0098137B"/>
    <w:rsid w:val="009A1313"/>
    <w:rsid w:val="009E41B7"/>
    <w:rsid w:val="009F33BB"/>
    <w:rsid w:val="00A24577"/>
    <w:rsid w:val="00AA1D8D"/>
    <w:rsid w:val="00AC435D"/>
    <w:rsid w:val="00AD2626"/>
    <w:rsid w:val="00B47730"/>
    <w:rsid w:val="00C6755E"/>
    <w:rsid w:val="00CB0664"/>
    <w:rsid w:val="00E10916"/>
    <w:rsid w:val="00E13027"/>
    <w:rsid w:val="00E87BB7"/>
    <w:rsid w:val="00F5327C"/>
    <w:rsid w:val="00FC693F"/>
    <w:rsid w:val="0D7A7CB8"/>
    <w:rsid w:val="6FE2B481"/>
    <w:rsid w:val="73B5898D"/>
    <w:rsid w:val="74741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F9B8D20"/>
  <w14:defaultImageDpi w14:val="300"/>
  <w15:docId w15:val="{D5F13FA9-7BD0-9F4B-A525-DD05F05D6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E130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674F8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4F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tandfonline.com/doi/full/10.1080/2194587X.2023.2224578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CD8C5E554C9746B74162CF47E78A48" ma:contentTypeVersion="18" ma:contentTypeDescription="Create a new document." ma:contentTypeScope="" ma:versionID="f1d20c4612e1e9ea08214a474e3e847f">
  <xsd:schema xmlns:xsd="http://www.w3.org/2001/XMLSchema" xmlns:xs="http://www.w3.org/2001/XMLSchema" xmlns:p="http://schemas.microsoft.com/office/2006/metadata/properties" xmlns:ns2="788c733f-7be1-410d-aa39-6a8d7538e9db" xmlns:ns3="a8410689-43c4-4c97-b035-77dd0f0b4771" targetNamespace="http://schemas.microsoft.com/office/2006/metadata/properties" ma:root="true" ma:fieldsID="a94c9d1ac1def6bfcc8f8226766db31c" ns2:_="" ns3:_="">
    <xsd:import namespace="788c733f-7be1-410d-aa39-6a8d7538e9db"/>
    <xsd:import namespace="a8410689-43c4-4c97-b035-77dd0f0b47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8c733f-7be1-410d-aa39-6a8d7538e9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c64bf66-3ab6-4740-8ae4-bf44781f38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410689-43c4-4c97-b035-77dd0f0b477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46f6016-b104-4156-8625-b96f945fce5c}" ma:internalName="TaxCatchAll" ma:showField="CatchAllData" ma:web="a8410689-43c4-4c97-b035-77dd0f0b47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8410689-43c4-4c97-b035-77dd0f0b4771" xsi:nil="true"/>
    <lcf76f155ced4ddcb4097134ff3c332f xmlns="788c733f-7be1-410d-aa39-6a8d7538e9db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B83F93B-8B82-4E23-858D-B4C12D8B0C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8c733f-7be1-410d-aa39-6a8d7538e9db"/>
    <ds:schemaRef ds:uri="a8410689-43c4-4c97-b035-77dd0f0b47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555A16-F4BF-4DF5-8057-4EF76297E7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4B88B7-54CF-45A7-ADC1-01C42F58AE90}">
  <ds:schemaRefs>
    <ds:schemaRef ds:uri="http://schemas.microsoft.com/office/2006/metadata/properties"/>
    <ds:schemaRef ds:uri="http://schemas.microsoft.com/office/infopath/2007/PartnerControls"/>
    <ds:schemaRef ds:uri="a8410689-43c4-4c97-b035-77dd0f0b4771"/>
    <ds:schemaRef ds:uri="788c733f-7be1-410d-aa39-6a8d7538e9db"/>
  </ds:schemaRefs>
</ds:datastoreItem>
</file>

<file path=customXml/itemProps4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468</Words>
  <Characters>3223</Characters>
  <Application>Microsoft Office Word</Application>
  <DocSecurity>0</DocSecurity>
  <Lines>75</Lines>
  <Paragraphs>53</Paragraphs>
  <ScaleCrop>false</ScaleCrop>
  <Manager/>
  <Company/>
  <LinksUpToDate>false</LinksUpToDate>
  <CharactersWithSpaces>3639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Akile Ahmet</cp:lastModifiedBy>
  <cp:revision>2</cp:revision>
  <dcterms:created xsi:type="dcterms:W3CDTF">2026-09-11T06:47:00Z</dcterms:created>
  <dcterms:modified xsi:type="dcterms:W3CDTF">2026-09-11T06:47:00Z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0x010100D7CD8C5E554C9746B74162CF47E78A48</vt:lpwstr>
  </property>
  <property fmtid="{D5CDD505-2E9C-101B-9397-08002B2CF9AE}" pid="3" name="MediaServiceImageTags">
    <vt:lpwstr/>
  </property>
</Properties>
</file>